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489EC" w14:textId="39B91E15" w:rsidR="00554282" w:rsidRPr="00554282" w:rsidRDefault="00554282" w:rsidP="00554282">
      <w:pPr>
        <w:spacing w:after="0" w:line="278" w:lineRule="auto"/>
        <w:jc w:val="center"/>
        <w:rPr>
          <w:rFonts w:eastAsia="Calibri" w:cs="Mangal"/>
          <w:b/>
          <w:bCs/>
          <w:color w:val="002060"/>
          <w:kern w:val="2"/>
          <w:sz w:val="60"/>
          <w:szCs w:val="60"/>
          <w14:ligatures w14:val="standardContextual"/>
        </w:rPr>
      </w:pPr>
      <w:r w:rsidRPr="00554282">
        <w:rPr>
          <w:rFonts w:eastAsia="Calibri" w:cs="Mangal"/>
          <w:b/>
          <w:bCs/>
          <w:color w:val="ED7D31"/>
          <w:kern w:val="2"/>
          <w:sz w:val="72"/>
          <w:szCs w:val="72"/>
          <w14:ligatures w14:val="standardContextual"/>
        </w:rPr>
        <w:t>MONARK</w:t>
      </w:r>
      <w:r w:rsidRPr="00554282">
        <w:rPr>
          <w:rFonts w:eastAsia="Calibri" w:cs="Mangal"/>
          <w:b/>
          <w:bCs/>
          <w:kern w:val="2"/>
          <w:sz w:val="72"/>
          <w:szCs w:val="72"/>
          <w14:ligatures w14:val="standardContextual"/>
        </w:rPr>
        <w:t xml:space="preserve"> </w:t>
      </w:r>
      <w:r w:rsidRPr="00554282">
        <w:rPr>
          <w:rFonts w:eastAsia="Calibri" w:cs="Mangal"/>
          <w:b/>
          <w:bCs/>
          <w:color w:val="002060"/>
          <w:kern w:val="2"/>
          <w:sz w:val="72"/>
          <w:szCs w:val="72"/>
          <w14:ligatures w14:val="standardContextual"/>
        </w:rPr>
        <w:t>UNIVERSITY</w:t>
      </w:r>
    </w:p>
    <w:p w14:paraId="6FB49F4F" w14:textId="385EE854" w:rsidR="00554282" w:rsidRPr="00BF1519" w:rsidRDefault="00554282" w:rsidP="00293DC8">
      <w:pPr>
        <w:spacing w:line="278" w:lineRule="auto"/>
        <w:jc w:val="center"/>
        <w:rPr>
          <w:rFonts w:eastAsia="Calibri" w:cs="Mangal"/>
          <w:b/>
          <w:bCs/>
          <w:kern w:val="2"/>
          <w:sz w:val="24"/>
          <w:szCs w:val="24"/>
          <w14:ligatures w14:val="standardContextual"/>
        </w:rPr>
      </w:pPr>
      <w:r w:rsidRPr="00554282">
        <w:rPr>
          <w:rFonts w:eastAsia="Calibri" w:cs="Mangal"/>
          <w:b/>
          <w:bCs/>
          <w:kern w:val="2"/>
          <w:sz w:val="24"/>
          <w:szCs w:val="24"/>
          <w14:ligatures w14:val="standardContextual"/>
        </w:rPr>
        <w:t>(Established under Gujarat Private Universities Act, 2009)</w:t>
      </w:r>
    </w:p>
    <w:p w14:paraId="1870E7CA" w14:textId="1A4290F6" w:rsidR="003C67DB" w:rsidRPr="00BF1519" w:rsidRDefault="00554282" w:rsidP="00534294">
      <w:pPr>
        <w:pStyle w:val="Title"/>
        <w:spacing w:after="0"/>
        <w:jc w:val="center"/>
        <w:rPr>
          <w:rFonts w:asciiTheme="minorHAnsi" w:hAnsiTheme="minorHAnsi" w:cs="Times New Roman"/>
          <w:color w:val="auto"/>
          <w:sz w:val="40"/>
          <w:szCs w:val="40"/>
        </w:rPr>
      </w:pPr>
      <w:r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>Annexure-A:</w:t>
      </w:r>
      <w:r w:rsidR="00293DC8"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 xml:space="preserve"> </w:t>
      </w:r>
      <w:r w:rsidR="005964EE"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>Book / Book Chapter Incentive Claim Form</w:t>
      </w:r>
    </w:p>
    <w:p w14:paraId="25AB69E6" w14:textId="77777777" w:rsidR="00293DC8" w:rsidRDefault="00293DC8" w:rsidP="00293DC8">
      <w:pPr>
        <w:pStyle w:val="Heading1"/>
        <w:spacing w:before="0" w:line="240" w:lineRule="auto"/>
        <w:rPr>
          <w:rFonts w:asciiTheme="minorHAnsi" w:hAnsiTheme="minorHAnsi" w:cs="Times New Roman"/>
          <w:color w:val="auto"/>
          <w:sz w:val="24"/>
          <w:szCs w:val="24"/>
        </w:rPr>
      </w:pPr>
    </w:p>
    <w:p w14:paraId="3189D16F" w14:textId="68D3F002" w:rsidR="00D428CE" w:rsidRPr="00BF1519" w:rsidRDefault="00D428CE" w:rsidP="00293DC8">
      <w:pPr>
        <w:pStyle w:val="Heading1"/>
        <w:spacing w:before="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A. Applicant Details</w:t>
      </w:r>
    </w:p>
    <w:p w14:paraId="11885661" w14:textId="77777777" w:rsidR="00554282" w:rsidRPr="00BF1519" w:rsidRDefault="00554282" w:rsidP="00554282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75"/>
        <w:gridCol w:w="2610"/>
        <w:gridCol w:w="4945"/>
      </w:tblGrid>
      <w:tr w:rsidR="00554282" w:rsidRPr="00BF1519" w14:paraId="6D539A08" w14:textId="77777777" w:rsidTr="00BF1519">
        <w:tc>
          <w:tcPr>
            <w:tcW w:w="623" w:type="pct"/>
            <w:shd w:val="clear" w:color="auto" w:fill="D9D9D9" w:themeFill="background1" w:themeFillShade="D9"/>
          </w:tcPr>
          <w:p w14:paraId="61B4229C" w14:textId="3ED8FF4D" w:rsidR="00554282" w:rsidRPr="00BF1519" w:rsidRDefault="00554282" w:rsidP="00BF151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512" w:type="pct"/>
            <w:shd w:val="clear" w:color="auto" w:fill="D9D9D9" w:themeFill="background1" w:themeFillShade="D9"/>
          </w:tcPr>
          <w:p w14:paraId="56A0A153" w14:textId="5E33910B" w:rsidR="00554282" w:rsidRPr="00BF1519" w:rsidRDefault="00554282" w:rsidP="00BF1519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2865" w:type="pct"/>
            <w:shd w:val="clear" w:color="auto" w:fill="D9D9D9" w:themeFill="background1" w:themeFillShade="D9"/>
          </w:tcPr>
          <w:p w14:paraId="6B59C125" w14:textId="590B1FAF" w:rsidR="00554282" w:rsidRPr="00BF1519" w:rsidRDefault="00554282" w:rsidP="00BF151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Details</w:t>
            </w:r>
          </w:p>
        </w:tc>
      </w:tr>
      <w:tr w:rsidR="00554282" w:rsidRPr="00BF1519" w14:paraId="4B5DBD7E" w14:textId="77777777" w:rsidTr="00BF1519">
        <w:tc>
          <w:tcPr>
            <w:tcW w:w="623" w:type="pct"/>
          </w:tcPr>
          <w:p w14:paraId="3B490CD5" w14:textId="47CEA489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1</w:t>
            </w:r>
          </w:p>
        </w:tc>
        <w:tc>
          <w:tcPr>
            <w:tcW w:w="1512" w:type="pct"/>
          </w:tcPr>
          <w:p w14:paraId="7C7E1ED1" w14:textId="7D7E53C3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rFonts w:cs="Times New Roman"/>
                <w:sz w:val="24"/>
                <w:szCs w:val="24"/>
              </w:rPr>
              <w:t>Name of the Applicant</w:t>
            </w:r>
          </w:p>
        </w:tc>
        <w:tc>
          <w:tcPr>
            <w:tcW w:w="2865" w:type="pct"/>
          </w:tcPr>
          <w:p w14:paraId="0D713728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5BE37082" w14:textId="77777777" w:rsidTr="00BF1519">
        <w:tc>
          <w:tcPr>
            <w:tcW w:w="623" w:type="pct"/>
          </w:tcPr>
          <w:p w14:paraId="663B5AF2" w14:textId="510BBA6B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2</w:t>
            </w:r>
          </w:p>
        </w:tc>
        <w:tc>
          <w:tcPr>
            <w:tcW w:w="1512" w:type="pct"/>
          </w:tcPr>
          <w:p w14:paraId="0E1CDD65" w14:textId="04515485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Designation</w:t>
            </w:r>
          </w:p>
        </w:tc>
        <w:tc>
          <w:tcPr>
            <w:tcW w:w="2865" w:type="pct"/>
          </w:tcPr>
          <w:p w14:paraId="04661940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3175BE35" w14:textId="77777777" w:rsidTr="00BF1519">
        <w:tc>
          <w:tcPr>
            <w:tcW w:w="623" w:type="pct"/>
          </w:tcPr>
          <w:p w14:paraId="3F601746" w14:textId="3F2430F5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3</w:t>
            </w:r>
          </w:p>
        </w:tc>
        <w:tc>
          <w:tcPr>
            <w:tcW w:w="1512" w:type="pct"/>
          </w:tcPr>
          <w:p w14:paraId="6469AF6B" w14:textId="6BD60A2A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Department</w:t>
            </w:r>
          </w:p>
        </w:tc>
        <w:tc>
          <w:tcPr>
            <w:tcW w:w="2865" w:type="pct"/>
          </w:tcPr>
          <w:p w14:paraId="457B97A7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2FC1FB1E" w14:textId="77777777" w:rsidTr="00BF1519">
        <w:tc>
          <w:tcPr>
            <w:tcW w:w="623" w:type="pct"/>
          </w:tcPr>
          <w:p w14:paraId="0D0EB73F" w14:textId="0D50EBE4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4</w:t>
            </w:r>
          </w:p>
        </w:tc>
        <w:tc>
          <w:tcPr>
            <w:tcW w:w="1512" w:type="pct"/>
          </w:tcPr>
          <w:p w14:paraId="0898A403" w14:textId="3ABA8A03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Institute</w:t>
            </w:r>
          </w:p>
        </w:tc>
        <w:tc>
          <w:tcPr>
            <w:tcW w:w="2865" w:type="pct"/>
          </w:tcPr>
          <w:p w14:paraId="62D8BC70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3A8DB1E8" w14:textId="77777777" w:rsidTr="00BF1519">
        <w:tc>
          <w:tcPr>
            <w:tcW w:w="623" w:type="pct"/>
          </w:tcPr>
          <w:p w14:paraId="3FCB6CFD" w14:textId="214D6843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5</w:t>
            </w:r>
          </w:p>
        </w:tc>
        <w:tc>
          <w:tcPr>
            <w:tcW w:w="1512" w:type="pct"/>
          </w:tcPr>
          <w:p w14:paraId="7A20FD80" w14:textId="539F6E8E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Faculty</w:t>
            </w:r>
          </w:p>
        </w:tc>
        <w:tc>
          <w:tcPr>
            <w:tcW w:w="2865" w:type="pct"/>
          </w:tcPr>
          <w:p w14:paraId="5EA9FE4D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0AADA62B" w14:textId="77777777" w:rsidTr="00BF1519">
        <w:tc>
          <w:tcPr>
            <w:tcW w:w="623" w:type="pct"/>
          </w:tcPr>
          <w:p w14:paraId="5A96A0F8" w14:textId="42CC634A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6</w:t>
            </w:r>
          </w:p>
        </w:tc>
        <w:tc>
          <w:tcPr>
            <w:tcW w:w="1512" w:type="pct"/>
          </w:tcPr>
          <w:p w14:paraId="5FAA3A1C" w14:textId="40DDB9E4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Email</w:t>
            </w:r>
          </w:p>
        </w:tc>
        <w:tc>
          <w:tcPr>
            <w:tcW w:w="2865" w:type="pct"/>
          </w:tcPr>
          <w:p w14:paraId="20843338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22679044" w14:textId="77777777" w:rsidTr="00BF1519">
        <w:tc>
          <w:tcPr>
            <w:tcW w:w="623" w:type="pct"/>
          </w:tcPr>
          <w:p w14:paraId="77F2D791" w14:textId="7A164D0D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7</w:t>
            </w:r>
          </w:p>
        </w:tc>
        <w:tc>
          <w:tcPr>
            <w:tcW w:w="1512" w:type="pct"/>
          </w:tcPr>
          <w:p w14:paraId="3A44DECC" w14:textId="3F39C5D3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Mobile No.</w:t>
            </w:r>
          </w:p>
        </w:tc>
        <w:tc>
          <w:tcPr>
            <w:tcW w:w="2865" w:type="pct"/>
          </w:tcPr>
          <w:p w14:paraId="7F23FB2B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16642874" w14:textId="77777777" w:rsidTr="00BF1519">
        <w:tc>
          <w:tcPr>
            <w:tcW w:w="623" w:type="pct"/>
          </w:tcPr>
          <w:p w14:paraId="0D695FDB" w14:textId="1B709946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8</w:t>
            </w:r>
          </w:p>
        </w:tc>
        <w:tc>
          <w:tcPr>
            <w:tcW w:w="1512" w:type="pct"/>
          </w:tcPr>
          <w:p w14:paraId="1E8F18D2" w14:textId="46149D54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Bank Details</w:t>
            </w:r>
          </w:p>
        </w:tc>
        <w:tc>
          <w:tcPr>
            <w:tcW w:w="2865" w:type="pct"/>
          </w:tcPr>
          <w:p w14:paraId="7C904614" w14:textId="1102F498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Name of Bank: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  <w:p w14:paraId="6914E6C4" w14:textId="396E199A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Branch: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  <w:p w14:paraId="1568B9F7" w14:textId="4FD8ED21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IFSC: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  <w:p w14:paraId="72B7F5F8" w14:textId="42028ED9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Account Number: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</w:tc>
      </w:tr>
    </w:tbl>
    <w:p w14:paraId="04F0732C" w14:textId="77777777" w:rsidR="00293DC8" w:rsidRPr="00293DC8" w:rsidRDefault="00293DC8" w:rsidP="00293DC8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"/>
          <w:szCs w:val="2"/>
        </w:rPr>
      </w:pPr>
    </w:p>
    <w:p w14:paraId="218DA004" w14:textId="7711E7A4" w:rsidR="003C67DB" w:rsidRPr="00BF1519" w:rsidRDefault="005964EE" w:rsidP="00293DC8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B. Publication Details (Attach a copy of the published work)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75"/>
        <w:gridCol w:w="3060"/>
        <w:gridCol w:w="4495"/>
      </w:tblGrid>
      <w:tr w:rsidR="00BF1519" w:rsidRPr="00BF1519" w14:paraId="32D7C8F0" w14:textId="77777777" w:rsidTr="00BF1519">
        <w:tc>
          <w:tcPr>
            <w:tcW w:w="623" w:type="pct"/>
            <w:shd w:val="clear" w:color="auto" w:fill="D9D9D9" w:themeFill="background1" w:themeFillShade="D9"/>
          </w:tcPr>
          <w:p w14:paraId="5163222A" w14:textId="77777777" w:rsidR="00BF1519" w:rsidRPr="00BF1519" w:rsidRDefault="00BF1519" w:rsidP="004F060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773" w:type="pct"/>
            <w:shd w:val="clear" w:color="auto" w:fill="D9D9D9" w:themeFill="background1" w:themeFillShade="D9"/>
          </w:tcPr>
          <w:p w14:paraId="63229619" w14:textId="77777777" w:rsidR="00BF1519" w:rsidRPr="00BF1519" w:rsidRDefault="00BF1519" w:rsidP="004F0606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2604" w:type="pct"/>
            <w:shd w:val="clear" w:color="auto" w:fill="D9D9D9" w:themeFill="background1" w:themeFillShade="D9"/>
          </w:tcPr>
          <w:p w14:paraId="40E52C0D" w14:textId="77777777" w:rsidR="00BF1519" w:rsidRPr="00BF1519" w:rsidRDefault="00BF1519" w:rsidP="004F060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Details</w:t>
            </w:r>
          </w:p>
        </w:tc>
      </w:tr>
      <w:tr w:rsidR="00BF1519" w:rsidRPr="00BF1519" w14:paraId="6F55311A" w14:textId="77777777" w:rsidTr="00BF1519">
        <w:tc>
          <w:tcPr>
            <w:tcW w:w="623" w:type="pct"/>
          </w:tcPr>
          <w:p w14:paraId="1B446D57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1</w:t>
            </w:r>
          </w:p>
        </w:tc>
        <w:tc>
          <w:tcPr>
            <w:tcW w:w="1773" w:type="pct"/>
          </w:tcPr>
          <w:p w14:paraId="2B236764" w14:textId="296AA38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rFonts w:cs="Times New Roman"/>
                <w:sz w:val="24"/>
                <w:szCs w:val="24"/>
              </w:rPr>
              <w:t>Title of the Book</w:t>
            </w:r>
          </w:p>
        </w:tc>
        <w:tc>
          <w:tcPr>
            <w:tcW w:w="2604" w:type="pct"/>
          </w:tcPr>
          <w:p w14:paraId="0842376E" w14:textId="7777777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0B204DDF" w14:textId="77777777" w:rsidTr="00BF1519">
        <w:tc>
          <w:tcPr>
            <w:tcW w:w="623" w:type="pct"/>
          </w:tcPr>
          <w:p w14:paraId="3249B0DA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2</w:t>
            </w:r>
          </w:p>
        </w:tc>
        <w:tc>
          <w:tcPr>
            <w:tcW w:w="1773" w:type="pct"/>
          </w:tcPr>
          <w:p w14:paraId="50125F28" w14:textId="1ADB9F74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Name of the Author(s)</w:t>
            </w:r>
          </w:p>
        </w:tc>
        <w:tc>
          <w:tcPr>
            <w:tcW w:w="2604" w:type="pct"/>
          </w:tcPr>
          <w:p w14:paraId="6BD951B4" w14:textId="7777777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1605E93B" w14:textId="77777777" w:rsidTr="00BF1519">
        <w:tc>
          <w:tcPr>
            <w:tcW w:w="623" w:type="pct"/>
          </w:tcPr>
          <w:p w14:paraId="715811A4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3</w:t>
            </w:r>
          </w:p>
        </w:tc>
        <w:tc>
          <w:tcPr>
            <w:tcW w:w="1773" w:type="pct"/>
          </w:tcPr>
          <w:p w14:paraId="5AA9B22B" w14:textId="4511922D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Title of the Book Chapter</w:t>
            </w:r>
          </w:p>
        </w:tc>
        <w:tc>
          <w:tcPr>
            <w:tcW w:w="2604" w:type="pct"/>
          </w:tcPr>
          <w:p w14:paraId="3B25038C" w14:textId="7777777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3A22FDA9" w14:textId="77777777" w:rsidTr="00BF1519">
        <w:tc>
          <w:tcPr>
            <w:tcW w:w="623" w:type="pct"/>
          </w:tcPr>
          <w:p w14:paraId="7BD127F7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4</w:t>
            </w:r>
          </w:p>
        </w:tc>
        <w:tc>
          <w:tcPr>
            <w:tcW w:w="1773" w:type="pct"/>
          </w:tcPr>
          <w:p w14:paraId="21F71D07" w14:textId="3BF64145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Name of the Editor(s)</w:t>
            </w:r>
          </w:p>
        </w:tc>
        <w:tc>
          <w:tcPr>
            <w:tcW w:w="2604" w:type="pct"/>
          </w:tcPr>
          <w:p w14:paraId="20215768" w14:textId="7777777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40E468AC" w14:textId="77777777" w:rsidTr="00BF1519">
        <w:tc>
          <w:tcPr>
            <w:tcW w:w="623" w:type="pct"/>
          </w:tcPr>
          <w:p w14:paraId="6B69FDCE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5</w:t>
            </w:r>
          </w:p>
        </w:tc>
        <w:tc>
          <w:tcPr>
            <w:tcW w:w="1773" w:type="pct"/>
          </w:tcPr>
          <w:p w14:paraId="5C3AB7A1" w14:textId="7CD2433E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Name of the Publisher</w:t>
            </w:r>
          </w:p>
        </w:tc>
        <w:tc>
          <w:tcPr>
            <w:tcW w:w="2604" w:type="pct"/>
          </w:tcPr>
          <w:p w14:paraId="53A375A0" w14:textId="7777777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0A8A4F66" w14:textId="77777777" w:rsidTr="00BF1519">
        <w:tc>
          <w:tcPr>
            <w:tcW w:w="623" w:type="pct"/>
          </w:tcPr>
          <w:p w14:paraId="15905764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6</w:t>
            </w:r>
          </w:p>
        </w:tc>
        <w:tc>
          <w:tcPr>
            <w:tcW w:w="1773" w:type="pct"/>
          </w:tcPr>
          <w:p w14:paraId="5D75670D" w14:textId="1BFD4F96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Publisher Category</w:t>
            </w:r>
          </w:p>
        </w:tc>
        <w:tc>
          <w:tcPr>
            <w:tcW w:w="2604" w:type="pct"/>
          </w:tcPr>
          <w:p w14:paraId="7BFF41C0" w14:textId="7F2A0A1D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⧠ Indian     ⧠ International</w:t>
            </w:r>
          </w:p>
        </w:tc>
      </w:tr>
      <w:tr w:rsidR="00BF1519" w:rsidRPr="00BF1519" w14:paraId="1B394043" w14:textId="77777777" w:rsidTr="00BF1519">
        <w:tc>
          <w:tcPr>
            <w:tcW w:w="623" w:type="pct"/>
          </w:tcPr>
          <w:p w14:paraId="1A7300F1" w14:textId="7E6318F0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7</w:t>
            </w:r>
          </w:p>
        </w:tc>
        <w:tc>
          <w:tcPr>
            <w:tcW w:w="1773" w:type="pct"/>
          </w:tcPr>
          <w:p w14:paraId="48F7D11A" w14:textId="1121281B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Publisher Tier (I/II/III)</w:t>
            </w:r>
          </w:p>
        </w:tc>
        <w:tc>
          <w:tcPr>
            <w:tcW w:w="2604" w:type="pct"/>
          </w:tcPr>
          <w:p w14:paraId="661DAB15" w14:textId="7777777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664210D0" w14:textId="77777777" w:rsidTr="00BF1519">
        <w:tc>
          <w:tcPr>
            <w:tcW w:w="623" w:type="pct"/>
          </w:tcPr>
          <w:p w14:paraId="7714BE37" w14:textId="316DF4D3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8</w:t>
            </w:r>
          </w:p>
        </w:tc>
        <w:tc>
          <w:tcPr>
            <w:tcW w:w="1773" w:type="pct"/>
          </w:tcPr>
          <w:p w14:paraId="71D22CBA" w14:textId="4752E316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ISBN Number</w:t>
            </w:r>
          </w:p>
        </w:tc>
        <w:tc>
          <w:tcPr>
            <w:tcW w:w="2604" w:type="pct"/>
          </w:tcPr>
          <w:p w14:paraId="270AD960" w14:textId="7777777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2D1ADB25" w14:textId="77777777" w:rsidTr="00BF1519">
        <w:tc>
          <w:tcPr>
            <w:tcW w:w="623" w:type="pct"/>
          </w:tcPr>
          <w:p w14:paraId="0F8BECB5" w14:textId="18B02C11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9</w:t>
            </w:r>
          </w:p>
        </w:tc>
        <w:tc>
          <w:tcPr>
            <w:tcW w:w="1773" w:type="pct"/>
          </w:tcPr>
          <w:p w14:paraId="060499E0" w14:textId="56C74609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Publisher Website</w:t>
            </w:r>
          </w:p>
        </w:tc>
        <w:tc>
          <w:tcPr>
            <w:tcW w:w="2604" w:type="pct"/>
          </w:tcPr>
          <w:p w14:paraId="34DD693B" w14:textId="77777777" w:rsidR="00BF1519" w:rsidRPr="00BF1519" w:rsidRDefault="00BF1519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63F4E7A8" w14:textId="77777777" w:rsidTr="00BF1519">
        <w:tc>
          <w:tcPr>
            <w:tcW w:w="623" w:type="pct"/>
            <w:vMerge w:val="restart"/>
            <w:vAlign w:val="center"/>
          </w:tcPr>
          <w:p w14:paraId="252C9FFD" w14:textId="3E160543" w:rsidR="00BF1519" w:rsidRPr="00BF1519" w:rsidRDefault="00BF1519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10</w:t>
            </w:r>
          </w:p>
        </w:tc>
        <w:tc>
          <w:tcPr>
            <w:tcW w:w="1773" w:type="pct"/>
          </w:tcPr>
          <w:p w14:paraId="3C0270CC" w14:textId="099D9455" w:rsidR="00BF1519" w:rsidRPr="00BF1519" w:rsidRDefault="00BF1519" w:rsidP="00BF1519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Have multiple chapters in the same book submitted?</w:t>
            </w:r>
          </w:p>
        </w:tc>
        <w:tc>
          <w:tcPr>
            <w:tcW w:w="2604" w:type="pct"/>
          </w:tcPr>
          <w:p w14:paraId="44AE0B50" w14:textId="21618FF6" w:rsidR="00BF1519" w:rsidRPr="00BF1519" w:rsidRDefault="00BF1519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⧠ Yes     ⧠ No</w:t>
            </w:r>
          </w:p>
        </w:tc>
      </w:tr>
      <w:tr w:rsidR="00BF1519" w:rsidRPr="00BF1519" w14:paraId="1751824A" w14:textId="77777777" w:rsidTr="00BF1519">
        <w:tc>
          <w:tcPr>
            <w:tcW w:w="623" w:type="pct"/>
            <w:vMerge/>
          </w:tcPr>
          <w:p w14:paraId="249930E3" w14:textId="6DD4B314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3" w:type="pct"/>
          </w:tcPr>
          <w:p w14:paraId="23F53009" w14:textId="4BA7034E" w:rsidR="00BF1519" w:rsidRPr="00BF1519" w:rsidRDefault="00BF1519" w:rsidP="00BF1519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 xml:space="preserve">If </w:t>
            </w:r>
            <w:proofErr w:type="gramStart"/>
            <w:r w:rsidRPr="00BF1519">
              <w:rPr>
                <w:sz w:val="24"/>
                <w:szCs w:val="24"/>
              </w:rPr>
              <w:t>Yes</w:t>
            </w:r>
            <w:proofErr w:type="gramEnd"/>
            <w:r w:rsidRPr="00BF1519">
              <w:rPr>
                <w:sz w:val="24"/>
                <w:szCs w:val="24"/>
              </w:rPr>
              <w:t>, give detailed information:</w:t>
            </w:r>
          </w:p>
        </w:tc>
        <w:tc>
          <w:tcPr>
            <w:tcW w:w="2604" w:type="pct"/>
          </w:tcPr>
          <w:p w14:paraId="10408C42" w14:textId="77777777" w:rsidR="00BF1519" w:rsidRPr="00BF1519" w:rsidRDefault="00BF1519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58EB0C5A" w14:textId="77777777" w:rsidTr="00BF1519">
        <w:tc>
          <w:tcPr>
            <w:tcW w:w="623" w:type="pct"/>
          </w:tcPr>
          <w:p w14:paraId="37B1AA4B" w14:textId="2C0C7ED8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11</w:t>
            </w:r>
          </w:p>
        </w:tc>
        <w:tc>
          <w:tcPr>
            <w:tcW w:w="1773" w:type="pct"/>
          </w:tcPr>
          <w:p w14:paraId="35DEC0F6" w14:textId="024B3A52" w:rsidR="00BF1519" w:rsidRPr="00BF1519" w:rsidRDefault="00BF1519" w:rsidP="00BF1519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Any other information</w:t>
            </w:r>
          </w:p>
        </w:tc>
        <w:tc>
          <w:tcPr>
            <w:tcW w:w="2604" w:type="pct"/>
          </w:tcPr>
          <w:p w14:paraId="3D9D5C4F" w14:textId="77777777" w:rsidR="00BF1519" w:rsidRPr="00BF1519" w:rsidRDefault="00BF1519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6DD4771B" w14:textId="77777777" w:rsidR="00BF1519" w:rsidRPr="00BF1519" w:rsidRDefault="00BF1519" w:rsidP="00BF1519">
      <w:pPr>
        <w:rPr>
          <w:sz w:val="10"/>
          <w:szCs w:val="10"/>
        </w:rPr>
      </w:pPr>
    </w:p>
    <w:p w14:paraId="1C231923" w14:textId="77777777" w:rsidR="0062762B" w:rsidRPr="00BF1519" w:rsidRDefault="0062762B" w:rsidP="00BF1519">
      <w:pPr>
        <w:pStyle w:val="Heading1"/>
        <w:spacing w:before="0" w:after="240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lastRenderedPageBreak/>
        <w:t>C. Declaration</w:t>
      </w:r>
    </w:p>
    <w:p w14:paraId="09880ECB" w14:textId="77777777" w:rsidR="0062762B" w:rsidRPr="00BF1519" w:rsidRDefault="0062762B" w:rsidP="00BF1519">
      <w:pPr>
        <w:spacing w:after="0" w:line="360" w:lineRule="auto"/>
        <w:jc w:val="both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I hereby declare that the information provided above is true to the best of my knowledge. I confirm that I have not claimed this benefit elsewhere in violation of Monark University policy.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3150"/>
        <w:gridCol w:w="2155"/>
      </w:tblGrid>
      <w:tr w:rsidR="00BF1519" w14:paraId="27A30697" w14:textId="77777777" w:rsidTr="00BF1519">
        <w:tc>
          <w:tcPr>
            <w:tcW w:w="3325" w:type="dxa"/>
            <w:shd w:val="clear" w:color="auto" w:fill="D9D9D9" w:themeFill="background1" w:themeFillShade="D9"/>
            <w:vAlign w:val="center"/>
          </w:tcPr>
          <w:p w14:paraId="4A89B37E" w14:textId="7A3DFA6A" w:rsidR="00BF1519" w:rsidRPr="00BF1519" w:rsidRDefault="00BF1519" w:rsidP="00BF1519">
            <w:pPr>
              <w:spacing w:line="36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F1519">
              <w:rPr>
                <w:rFonts w:cs="Times New Roman"/>
                <w:b/>
                <w:bCs/>
                <w:sz w:val="24"/>
                <w:szCs w:val="24"/>
              </w:rPr>
              <w:t>Designation</w:t>
            </w:r>
          </w:p>
        </w:tc>
        <w:tc>
          <w:tcPr>
            <w:tcW w:w="3150" w:type="dxa"/>
            <w:shd w:val="clear" w:color="auto" w:fill="D9D9D9" w:themeFill="background1" w:themeFillShade="D9"/>
            <w:vAlign w:val="center"/>
          </w:tcPr>
          <w:p w14:paraId="1FB7D0B4" w14:textId="19D6330D" w:rsidR="00BF1519" w:rsidRPr="00BF1519" w:rsidRDefault="00BF1519" w:rsidP="00BF1519">
            <w:pPr>
              <w:spacing w:line="36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F1519">
              <w:rPr>
                <w:rFonts w:cs="Times New Roman"/>
                <w:b/>
                <w:bCs/>
                <w:sz w:val="24"/>
                <w:szCs w:val="24"/>
              </w:rPr>
              <w:t>Signature</w:t>
            </w:r>
          </w:p>
        </w:tc>
        <w:tc>
          <w:tcPr>
            <w:tcW w:w="2155" w:type="dxa"/>
            <w:shd w:val="clear" w:color="auto" w:fill="D9D9D9" w:themeFill="background1" w:themeFillShade="D9"/>
            <w:vAlign w:val="center"/>
          </w:tcPr>
          <w:p w14:paraId="69CE3A64" w14:textId="7D247F5D" w:rsidR="00BF1519" w:rsidRPr="00BF1519" w:rsidRDefault="00BF1519" w:rsidP="00BF1519">
            <w:pPr>
              <w:spacing w:line="36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F1519">
              <w:rPr>
                <w:rFonts w:cs="Times New Roman"/>
                <w:b/>
                <w:bCs/>
                <w:sz w:val="24"/>
                <w:szCs w:val="24"/>
              </w:rPr>
              <w:t>Date</w:t>
            </w:r>
          </w:p>
        </w:tc>
      </w:tr>
      <w:tr w:rsidR="00BF1519" w14:paraId="2DB2B69E" w14:textId="77777777" w:rsidTr="00BF1519">
        <w:tc>
          <w:tcPr>
            <w:tcW w:w="3325" w:type="dxa"/>
            <w:vAlign w:val="center"/>
          </w:tcPr>
          <w:p w14:paraId="344096CA" w14:textId="5BF19E3D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Applicant</w:t>
            </w:r>
          </w:p>
        </w:tc>
        <w:tc>
          <w:tcPr>
            <w:tcW w:w="3150" w:type="dxa"/>
            <w:vAlign w:val="center"/>
          </w:tcPr>
          <w:p w14:paraId="2CE5853F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7C358EC3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F1519" w14:paraId="61F6D1A9" w14:textId="77777777" w:rsidTr="00BF1519">
        <w:tc>
          <w:tcPr>
            <w:tcW w:w="3325" w:type="dxa"/>
            <w:vAlign w:val="center"/>
          </w:tcPr>
          <w:p w14:paraId="3C1494E7" w14:textId="41C25C78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Head of the Department</w:t>
            </w:r>
          </w:p>
        </w:tc>
        <w:tc>
          <w:tcPr>
            <w:tcW w:w="3150" w:type="dxa"/>
            <w:vAlign w:val="center"/>
          </w:tcPr>
          <w:p w14:paraId="7CA14306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5195269A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F1519" w14:paraId="017818B1" w14:textId="77777777" w:rsidTr="00BF1519">
        <w:tc>
          <w:tcPr>
            <w:tcW w:w="3325" w:type="dxa"/>
            <w:vAlign w:val="center"/>
          </w:tcPr>
          <w:p w14:paraId="2D25564F" w14:textId="34B2F186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Dean of the concerned Faculty</w:t>
            </w:r>
          </w:p>
        </w:tc>
        <w:tc>
          <w:tcPr>
            <w:tcW w:w="3150" w:type="dxa"/>
            <w:vAlign w:val="center"/>
          </w:tcPr>
          <w:p w14:paraId="0C6CE134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48084CD3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14:paraId="29702CEF" w14:textId="77777777" w:rsidR="00554282" w:rsidRPr="00BF1519" w:rsidRDefault="00554282" w:rsidP="00554282">
      <w:pPr>
        <w:spacing w:after="0" w:line="360" w:lineRule="auto"/>
        <w:rPr>
          <w:rFonts w:cs="Times New Roman"/>
          <w:sz w:val="24"/>
          <w:szCs w:val="24"/>
        </w:rPr>
      </w:pPr>
    </w:p>
    <w:p w14:paraId="71A55C17" w14:textId="2DF21442" w:rsidR="0062762B" w:rsidRPr="00BF1519" w:rsidRDefault="001A0EA8" w:rsidP="00BF1519">
      <w:pPr>
        <w:pStyle w:val="Heading1"/>
        <w:spacing w:before="0" w:line="48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D</w:t>
      </w:r>
      <w:r w:rsidR="0062762B" w:rsidRPr="00BF1519">
        <w:rPr>
          <w:rFonts w:asciiTheme="minorHAnsi" w:hAnsiTheme="minorHAnsi" w:cs="Times New Roman"/>
          <w:color w:val="auto"/>
          <w:sz w:val="24"/>
          <w:szCs w:val="24"/>
        </w:rPr>
        <w:t>. Office Use (MRDC)</w:t>
      </w:r>
    </w:p>
    <w:p w14:paraId="6FCAC8C0" w14:textId="03BD069E" w:rsidR="0062762B" w:rsidRPr="00BF1519" w:rsidRDefault="00BF1519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⧠</w:t>
      </w:r>
      <w:r w:rsidR="0062762B" w:rsidRPr="00BF1519">
        <w:rPr>
          <w:rFonts w:cs="Times New Roman"/>
          <w:sz w:val="24"/>
          <w:szCs w:val="24"/>
        </w:rPr>
        <w:t xml:space="preserve"> Approved    </w:t>
      </w:r>
      <w:r w:rsidRPr="00BF1519">
        <w:rPr>
          <w:rFonts w:cs="Times New Roman"/>
          <w:sz w:val="24"/>
          <w:szCs w:val="24"/>
        </w:rPr>
        <w:t>⧠</w:t>
      </w:r>
      <w:r w:rsidR="0062762B" w:rsidRPr="00BF1519">
        <w:rPr>
          <w:rFonts w:cs="Times New Roman"/>
          <w:sz w:val="24"/>
          <w:szCs w:val="24"/>
        </w:rPr>
        <w:t xml:space="preserve"> Not Approved</w:t>
      </w:r>
    </w:p>
    <w:p w14:paraId="51846B41" w14:textId="77777777" w:rsidR="0062762B" w:rsidRPr="00BF1519" w:rsidRDefault="0062762B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Approved Amount: ₹ ______________________</w:t>
      </w:r>
    </w:p>
    <w:p w14:paraId="6013800B" w14:textId="10A1316E" w:rsidR="0062762B" w:rsidRPr="00BF1519" w:rsidRDefault="0062762B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Remarks (if any): ________________________________________________________________</w:t>
      </w:r>
    </w:p>
    <w:p w14:paraId="67240142" w14:textId="77777777" w:rsidR="0062762B" w:rsidRPr="00BF1519" w:rsidRDefault="0062762B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Signature (Director, MRDC): __________________   Date: ______________________</w:t>
      </w:r>
    </w:p>
    <w:p w14:paraId="74B8B651" w14:textId="03E9A7AC" w:rsidR="00723D7A" w:rsidRDefault="00BF1519" w:rsidP="00BF1519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>
        <w:rPr>
          <w:rFonts w:asciiTheme="minorHAnsi" w:hAnsiTheme="minorHAnsi" w:cs="Times New Roman"/>
          <w:color w:val="auto"/>
          <w:sz w:val="24"/>
          <w:szCs w:val="24"/>
        </w:rPr>
        <w:t xml:space="preserve">E. </w:t>
      </w:r>
      <w:r w:rsidR="00723D7A" w:rsidRPr="00BF1519">
        <w:rPr>
          <w:rFonts w:asciiTheme="minorHAnsi" w:hAnsiTheme="minorHAnsi" w:cs="Times New Roman"/>
          <w:color w:val="auto"/>
          <w:sz w:val="24"/>
          <w:szCs w:val="24"/>
        </w:rPr>
        <w:t>Required List of Attachments</w:t>
      </w:r>
    </w:p>
    <w:p w14:paraId="35D219DF" w14:textId="55099B43" w:rsidR="00D27D1E" w:rsidRDefault="00D27D1E" w:rsidP="00863E21">
      <w:pPr>
        <w:spacing w:after="0"/>
        <w:jc w:val="both"/>
        <w:rPr>
          <w:rFonts w:cs="Times New Roman"/>
          <w:sz w:val="24"/>
          <w:szCs w:val="24"/>
        </w:rPr>
      </w:pPr>
      <w:r w:rsidRPr="00863E21">
        <w:rPr>
          <w:rFonts w:cs="Times New Roman"/>
          <w:sz w:val="24"/>
          <w:szCs w:val="24"/>
        </w:rPr>
        <w:t>The following documents must be attached with the claim form. Incomplete submissions will not be processed.</w:t>
      </w:r>
    </w:p>
    <w:p w14:paraId="6C9649C4" w14:textId="77777777" w:rsidR="0044188B" w:rsidRPr="00D27D1E" w:rsidRDefault="0044188B" w:rsidP="00863E21">
      <w:pPr>
        <w:spacing w:after="0"/>
        <w:jc w:val="both"/>
      </w:pPr>
    </w:p>
    <w:p w14:paraId="6D37272D" w14:textId="20D6D0B9" w:rsidR="00723D7A" w:rsidRPr="00BF1519" w:rsidRDefault="00723D7A" w:rsidP="00BF1519">
      <w:pPr>
        <w:spacing w:after="0"/>
        <w:jc w:val="both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1. Copy of the published book or book chapter</w:t>
      </w:r>
      <w:r w:rsidR="00216C60" w:rsidRPr="00BF1519">
        <w:rPr>
          <w:rFonts w:cs="Times New Roman"/>
          <w:sz w:val="24"/>
          <w:szCs w:val="24"/>
        </w:rPr>
        <w:t xml:space="preserve"> (First Page)</w:t>
      </w:r>
    </w:p>
    <w:p w14:paraId="77E6DCF5" w14:textId="5A3CF204" w:rsidR="00723D7A" w:rsidRPr="00BF1519" w:rsidRDefault="00723D7A" w:rsidP="00BF1519">
      <w:pPr>
        <w:spacing w:after="0"/>
        <w:jc w:val="both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2. Copy of the ISBN page</w:t>
      </w:r>
    </w:p>
    <w:p w14:paraId="6EB7ADB2" w14:textId="4A1E64C4" w:rsidR="00723D7A" w:rsidRPr="00BF1519" w:rsidRDefault="00723D7A" w:rsidP="00BF1519">
      <w:pPr>
        <w:spacing w:after="0"/>
        <w:jc w:val="both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3. Publisher verification (</w:t>
      </w:r>
      <w:r w:rsidR="00BF1519">
        <w:rPr>
          <w:rFonts w:cs="Times New Roman"/>
          <w:sz w:val="24"/>
          <w:szCs w:val="24"/>
        </w:rPr>
        <w:t xml:space="preserve">printout of screenshot of the </w:t>
      </w:r>
      <w:r w:rsidRPr="00BF1519">
        <w:rPr>
          <w:rFonts w:cs="Times New Roman"/>
          <w:sz w:val="24"/>
          <w:szCs w:val="24"/>
        </w:rPr>
        <w:t xml:space="preserve">official </w:t>
      </w:r>
      <w:r w:rsidR="00BF1519">
        <w:rPr>
          <w:rFonts w:cs="Times New Roman"/>
          <w:sz w:val="24"/>
          <w:szCs w:val="24"/>
        </w:rPr>
        <w:t>webpage</w:t>
      </w:r>
      <w:r w:rsidRPr="00BF1519">
        <w:rPr>
          <w:rFonts w:cs="Times New Roman"/>
          <w:sz w:val="24"/>
          <w:szCs w:val="24"/>
        </w:rPr>
        <w:t>)</w:t>
      </w:r>
    </w:p>
    <w:p w14:paraId="178F67E6" w14:textId="39E7D790" w:rsidR="00723D7A" w:rsidRPr="00BF1519" w:rsidRDefault="00723D7A" w:rsidP="00BF1519">
      <w:pPr>
        <w:spacing w:after="0"/>
        <w:jc w:val="both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 xml:space="preserve">4. Scopus indexing </w:t>
      </w:r>
      <w:r w:rsidR="00C36128">
        <w:rPr>
          <w:rFonts w:cs="Times New Roman"/>
          <w:sz w:val="24"/>
          <w:szCs w:val="24"/>
        </w:rPr>
        <w:t>Evidence</w:t>
      </w:r>
      <w:r w:rsidR="00241954" w:rsidRPr="00BF1519">
        <w:rPr>
          <w:rFonts w:cs="Times New Roman"/>
          <w:sz w:val="24"/>
          <w:szCs w:val="24"/>
        </w:rPr>
        <w:t xml:space="preserve"> </w:t>
      </w:r>
      <w:r w:rsidR="003041FB" w:rsidRPr="00BF1519">
        <w:rPr>
          <w:rFonts w:cs="Times New Roman"/>
          <w:sz w:val="24"/>
          <w:szCs w:val="24"/>
        </w:rPr>
        <w:t>(mandatory for Tier I)</w:t>
      </w:r>
      <w:r w:rsidR="00241954" w:rsidRPr="00BF1519">
        <w:rPr>
          <w:rFonts w:cs="Times New Roman"/>
          <w:sz w:val="24"/>
          <w:szCs w:val="24"/>
        </w:rPr>
        <w:t>:</w:t>
      </w:r>
    </w:p>
    <w:p w14:paraId="33F8F9C9" w14:textId="69F92F10" w:rsidR="00723D7A" w:rsidRPr="00BF1519" w:rsidRDefault="00723D7A" w:rsidP="00BF1519">
      <w:pPr>
        <w:pStyle w:val="ListParagraph"/>
        <w:numPr>
          <w:ilvl w:val="0"/>
          <w:numId w:val="14"/>
        </w:numPr>
        <w:spacing w:after="0"/>
        <w:jc w:val="both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Screenshot or PDF of candidate’s Scopus Author Profile showing the entry</w:t>
      </w:r>
    </w:p>
    <w:p w14:paraId="719361DE" w14:textId="780AFFC9" w:rsidR="00723D7A" w:rsidRPr="00BF1519" w:rsidRDefault="00723D7A" w:rsidP="00BF1519">
      <w:pPr>
        <w:pStyle w:val="ListParagraph"/>
        <w:numPr>
          <w:ilvl w:val="0"/>
          <w:numId w:val="14"/>
        </w:numPr>
        <w:spacing w:after="0"/>
        <w:jc w:val="both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 xml:space="preserve">Direct Scopus link to the indexed book or chapter </w:t>
      </w:r>
    </w:p>
    <w:p w14:paraId="37A3EA74" w14:textId="1C04B658" w:rsidR="005271CD" w:rsidRPr="00BF1519" w:rsidRDefault="002B2CD3" w:rsidP="00BF1519">
      <w:pPr>
        <w:spacing w:after="0"/>
        <w:jc w:val="both"/>
        <w:rPr>
          <w:rFonts w:cs="Times New Roman"/>
          <w:sz w:val="24"/>
          <w:szCs w:val="24"/>
          <w:lang w:val="en-IN"/>
        </w:rPr>
      </w:pPr>
      <w:r w:rsidRPr="00BF1519">
        <w:rPr>
          <w:rFonts w:cs="Times New Roman"/>
          <w:sz w:val="24"/>
          <w:szCs w:val="24"/>
          <w:lang w:val="en-IN"/>
        </w:rPr>
        <w:t>5.</w:t>
      </w:r>
      <w:r w:rsidR="00C36128">
        <w:rPr>
          <w:rFonts w:cs="Times New Roman"/>
          <w:sz w:val="24"/>
          <w:szCs w:val="24"/>
          <w:lang w:val="en-IN"/>
        </w:rPr>
        <w:t>Evidence</w:t>
      </w:r>
      <w:r w:rsidR="005271CD" w:rsidRPr="00BF1519">
        <w:rPr>
          <w:rFonts w:cs="Times New Roman"/>
          <w:sz w:val="24"/>
          <w:szCs w:val="24"/>
          <w:lang w:val="en-IN"/>
        </w:rPr>
        <w:t>s for Tier II and Tier III Publishers</w:t>
      </w:r>
    </w:p>
    <w:p w14:paraId="150A8145" w14:textId="108A359B" w:rsidR="005271CD" w:rsidRPr="00BF1519" w:rsidRDefault="005271CD" w:rsidP="00BF1519">
      <w:pPr>
        <w:pStyle w:val="ListParagraph"/>
        <w:numPr>
          <w:ilvl w:val="0"/>
          <w:numId w:val="14"/>
        </w:numPr>
        <w:spacing w:after="0"/>
        <w:jc w:val="both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 xml:space="preserve">Publisher </w:t>
      </w:r>
      <w:r w:rsidR="00C36128">
        <w:rPr>
          <w:rFonts w:cs="Times New Roman"/>
          <w:sz w:val="24"/>
          <w:szCs w:val="24"/>
        </w:rPr>
        <w:t>Evidence</w:t>
      </w:r>
      <w:r w:rsidR="0075300E" w:rsidRPr="00BF1519">
        <w:rPr>
          <w:rFonts w:cs="Times New Roman"/>
          <w:sz w:val="24"/>
          <w:szCs w:val="24"/>
        </w:rPr>
        <w:t xml:space="preserve"> </w:t>
      </w:r>
      <w:r w:rsidRPr="00BF1519">
        <w:rPr>
          <w:rFonts w:cs="Times New Roman"/>
          <w:sz w:val="24"/>
          <w:szCs w:val="24"/>
        </w:rPr>
        <w:t>showing 10+ years (Tier II) or 3–10 years (Tier III) of   academic publishing.</w:t>
      </w:r>
    </w:p>
    <w:p w14:paraId="4F0DE106" w14:textId="0B0C7E49" w:rsidR="005271CD" w:rsidRPr="00BF1519" w:rsidRDefault="005271CD" w:rsidP="00BF1519">
      <w:pPr>
        <w:pStyle w:val="ListParagraph"/>
        <w:numPr>
          <w:ilvl w:val="0"/>
          <w:numId w:val="14"/>
        </w:numPr>
        <w:spacing w:after="0"/>
        <w:jc w:val="both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Official website link</w:t>
      </w:r>
    </w:p>
    <w:p w14:paraId="7B797CDD" w14:textId="5CD12947" w:rsidR="00EA37D8" w:rsidRPr="00BF1519" w:rsidRDefault="00C36128" w:rsidP="00BF1519">
      <w:pPr>
        <w:pStyle w:val="ListParagraph"/>
        <w:numPr>
          <w:ilvl w:val="0"/>
          <w:numId w:val="14"/>
        </w:num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Evidence</w:t>
      </w:r>
      <w:r w:rsidR="00EA37D8" w:rsidRPr="00BF1519">
        <w:rPr>
          <w:rFonts w:cs="Times New Roman"/>
          <w:sz w:val="24"/>
          <w:szCs w:val="24"/>
        </w:rPr>
        <w:t xml:space="preserve"> of publisher’s peer-review or editorial evaluation process (e.g., official declaration, website excerpt</w:t>
      </w:r>
      <w:r w:rsidR="00166C32" w:rsidRPr="00BF1519">
        <w:rPr>
          <w:rFonts w:cs="Times New Roman"/>
          <w:sz w:val="24"/>
          <w:szCs w:val="24"/>
        </w:rPr>
        <w:t xml:space="preserve"> (Screen Shot)</w:t>
      </w:r>
      <w:r w:rsidR="00EA37D8" w:rsidRPr="00BF1519">
        <w:rPr>
          <w:rFonts w:cs="Times New Roman"/>
          <w:sz w:val="24"/>
          <w:szCs w:val="24"/>
        </w:rPr>
        <w:t>, or editorial policy document).</w:t>
      </w:r>
    </w:p>
    <w:p w14:paraId="79DB4B5A" w14:textId="5282E978" w:rsidR="003C67DB" w:rsidRPr="00BF1519" w:rsidRDefault="00C36128" w:rsidP="00BF1519">
      <w:pPr>
        <w:pStyle w:val="ListParagraph"/>
        <w:numPr>
          <w:ilvl w:val="0"/>
          <w:numId w:val="14"/>
        </w:num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Evidence of </w:t>
      </w:r>
      <w:r w:rsidR="005271CD" w:rsidRPr="00BF1519">
        <w:rPr>
          <w:rFonts w:cs="Times New Roman"/>
          <w:sz w:val="24"/>
          <w:szCs w:val="24"/>
        </w:rPr>
        <w:t xml:space="preserve">Listing in academic repositories (e.g., INFLIBNET, </w:t>
      </w:r>
      <w:proofErr w:type="spellStart"/>
      <w:r w:rsidR="005271CD" w:rsidRPr="00BF1519">
        <w:rPr>
          <w:rFonts w:cs="Times New Roman"/>
          <w:sz w:val="24"/>
          <w:szCs w:val="24"/>
        </w:rPr>
        <w:t>Shodh</w:t>
      </w:r>
      <w:r>
        <w:rPr>
          <w:rFonts w:cs="Times New Roman"/>
          <w:sz w:val="24"/>
          <w:szCs w:val="24"/>
        </w:rPr>
        <w:t>G</w:t>
      </w:r>
      <w:r w:rsidR="005271CD" w:rsidRPr="00BF1519">
        <w:rPr>
          <w:rFonts w:cs="Times New Roman"/>
          <w:sz w:val="24"/>
          <w:szCs w:val="24"/>
        </w:rPr>
        <w:t>anga</w:t>
      </w:r>
      <w:proofErr w:type="spellEnd"/>
      <w:r w:rsidR="005271CD" w:rsidRPr="00BF1519">
        <w:rPr>
          <w:rFonts w:cs="Times New Roman"/>
          <w:sz w:val="24"/>
          <w:szCs w:val="24"/>
        </w:rPr>
        <w:t>) or university libraries.</w:t>
      </w:r>
    </w:p>
    <w:sectPr w:rsidR="003C67DB" w:rsidRPr="00BF1519" w:rsidSect="00293DC8">
      <w:pgSz w:w="12240" w:h="15840"/>
      <w:pgMar w:top="630" w:right="1800" w:bottom="3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4F1085"/>
    <w:multiLevelType w:val="hybridMultilevel"/>
    <w:tmpl w:val="ED32375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5944AD"/>
    <w:multiLevelType w:val="hybridMultilevel"/>
    <w:tmpl w:val="429E01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29D8C6AA">
      <w:numFmt w:val="bullet"/>
      <w:lvlText w:val="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B82C5D"/>
    <w:multiLevelType w:val="hybridMultilevel"/>
    <w:tmpl w:val="94841B6A"/>
    <w:lvl w:ilvl="0" w:tplc="43381414">
      <w:start w:val="1"/>
      <w:numFmt w:val="bullet"/>
      <w:lvlText w:val="-"/>
      <w:lvlJc w:val="left"/>
      <w:pPr>
        <w:ind w:left="540" w:hanging="360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 w15:restartNumberingAfterBreak="0">
    <w:nsid w:val="168E014F"/>
    <w:multiLevelType w:val="hybridMultilevel"/>
    <w:tmpl w:val="E7B23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1C1233"/>
    <w:multiLevelType w:val="hybridMultilevel"/>
    <w:tmpl w:val="E57E8F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E4AE4"/>
    <w:multiLevelType w:val="hybridMultilevel"/>
    <w:tmpl w:val="96967AF0"/>
    <w:lvl w:ilvl="0" w:tplc="4338141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9"/>
  </w:num>
  <w:num w:numId="12">
    <w:abstractNumId w:val="13"/>
  </w:num>
  <w:num w:numId="13">
    <w:abstractNumId w:val="11"/>
  </w:num>
  <w:num w:numId="14">
    <w:abstractNumId w:val="1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0CE6"/>
    <w:rsid w:val="0006741F"/>
    <w:rsid w:val="000944E1"/>
    <w:rsid w:val="000B1DA7"/>
    <w:rsid w:val="000E1D12"/>
    <w:rsid w:val="0015074B"/>
    <w:rsid w:val="00166C32"/>
    <w:rsid w:val="001733F3"/>
    <w:rsid w:val="001A0EA8"/>
    <w:rsid w:val="00216C60"/>
    <w:rsid w:val="00241954"/>
    <w:rsid w:val="00293DC8"/>
    <w:rsid w:val="0029639D"/>
    <w:rsid w:val="002B2CD3"/>
    <w:rsid w:val="002F1966"/>
    <w:rsid w:val="003041FB"/>
    <w:rsid w:val="00317E7C"/>
    <w:rsid w:val="00326F90"/>
    <w:rsid w:val="00341284"/>
    <w:rsid w:val="00345EFE"/>
    <w:rsid w:val="00352FA7"/>
    <w:rsid w:val="0035497F"/>
    <w:rsid w:val="003774BC"/>
    <w:rsid w:val="003826FC"/>
    <w:rsid w:val="003A08CA"/>
    <w:rsid w:val="003C67DB"/>
    <w:rsid w:val="003D6C1D"/>
    <w:rsid w:val="0044188B"/>
    <w:rsid w:val="00467093"/>
    <w:rsid w:val="00486F23"/>
    <w:rsid w:val="004B1C23"/>
    <w:rsid w:val="004C40EC"/>
    <w:rsid w:val="00513745"/>
    <w:rsid w:val="0052517C"/>
    <w:rsid w:val="005271CD"/>
    <w:rsid w:val="00534294"/>
    <w:rsid w:val="00554282"/>
    <w:rsid w:val="00596341"/>
    <w:rsid w:val="005964EE"/>
    <w:rsid w:val="0062762B"/>
    <w:rsid w:val="00631A3D"/>
    <w:rsid w:val="00675878"/>
    <w:rsid w:val="00723D7A"/>
    <w:rsid w:val="00742E38"/>
    <w:rsid w:val="0075300E"/>
    <w:rsid w:val="007A52F8"/>
    <w:rsid w:val="007A75C7"/>
    <w:rsid w:val="00803A03"/>
    <w:rsid w:val="00824286"/>
    <w:rsid w:val="00863E21"/>
    <w:rsid w:val="00876BC9"/>
    <w:rsid w:val="009E3650"/>
    <w:rsid w:val="00A52B97"/>
    <w:rsid w:val="00A606D9"/>
    <w:rsid w:val="00A868F6"/>
    <w:rsid w:val="00AA1D8D"/>
    <w:rsid w:val="00AA25D8"/>
    <w:rsid w:val="00B142A1"/>
    <w:rsid w:val="00B401B2"/>
    <w:rsid w:val="00B47730"/>
    <w:rsid w:val="00B56F8F"/>
    <w:rsid w:val="00B711F2"/>
    <w:rsid w:val="00BF1519"/>
    <w:rsid w:val="00C36128"/>
    <w:rsid w:val="00C644C2"/>
    <w:rsid w:val="00C80DA4"/>
    <w:rsid w:val="00C92C28"/>
    <w:rsid w:val="00CB0664"/>
    <w:rsid w:val="00CD090D"/>
    <w:rsid w:val="00D01490"/>
    <w:rsid w:val="00D27D1E"/>
    <w:rsid w:val="00D428CE"/>
    <w:rsid w:val="00D442FD"/>
    <w:rsid w:val="00D47ACA"/>
    <w:rsid w:val="00D57A01"/>
    <w:rsid w:val="00D94D55"/>
    <w:rsid w:val="00D9720E"/>
    <w:rsid w:val="00EA37D8"/>
    <w:rsid w:val="00EA3A3C"/>
    <w:rsid w:val="00EB4E75"/>
    <w:rsid w:val="00EC32BE"/>
    <w:rsid w:val="00F23CF5"/>
    <w:rsid w:val="00F94187"/>
    <w:rsid w:val="00FC693F"/>
    <w:rsid w:val="00FD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DEBD2C"/>
  <w14:defaultImageDpi w14:val="300"/>
  <w15:docId w15:val="{09A8CC38-2AC7-4848-A63A-A91E92F18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519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4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Sanket</cp:lastModifiedBy>
  <cp:revision>11</cp:revision>
  <dcterms:created xsi:type="dcterms:W3CDTF">2025-07-07T16:26:00Z</dcterms:created>
  <dcterms:modified xsi:type="dcterms:W3CDTF">2025-07-08T05:11:00Z</dcterms:modified>
  <cp:category/>
</cp:coreProperties>
</file>