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489EC" w14:textId="77777777" w:rsidR="00554282" w:rsidRPr="00554282" w:rsidRDefault="00554282" w:rsidP="00554282">
      <w:pPr>
        <w:spacing w:after="0" w:line="278" w:lineRule="auto"/>
        <w:jc w:val="center"/>
        <w:rPr>
          <w:rFonts w:eastAsia="Calibri" w:cs="Mangal"/>
          <w:b/>
          <w:bCs/>
          <w:color w:val="002060"/>
          <w:kern w:val="2"/>
          <w:sz w:val="60"/>
          <w:szCs w:val="60"/>
          <w14:ligatures w14:val="standardContextual"/>
        </w:rPr>
      </w:pPr>
      <w:r w:rsidRPr="00554282">
        <w:rPr>
          <w:rFonts w:eastAsia="Calibri" w:cs="Mangal"/>
          <w:b/>
          <w:bCs/>
          <w:color w:val="ED7D31"/>
          <w:kern w:val="2"/>
          <w:sz w:val="72"/>
          <w:szCs w:val="72"/>
          <w14:ligatures w14:val="standardContextual"/>
        </w:rPr>
        <w:t>MONARK</w:t>
      </w:r>
      <w:r w:rsidRPr="00554282">
        <w:rPr>
          <w:rFonts w:eastAsia="Calibri" w:cs="Mangal"/>
          <w:b/>
          <w:bCs/>
          <w:kern w:val="2"/>
          <w:sz w:val="72"/>
          <w:szCs w:val="72"/>
          <w14:ligatures w14:val="standardContextual"/>
        </w:rPr>
        <w:t xml:space="preserve"> </w:t>
      </w:r>
      <w:r w:rsidRPr="00554282">
        <w:rPr>
          <w:rFonts w:eastAsia="Calibri" w:cs="Mangal"/>
          <w:b/>
          <w:bCs/>
          <w:color w:val="002060"/>
          <w:kern w:val="2"/>
          <w:sz w:val="72"/>
          <w:szCs w:val="72"/>
          <w14:ligatures w14:val="standardContextual"/>
        </w:rPr>
        <w:t>UNIVERSITY</w:t>
      </w:r>
    </w:p>
    <w:p w14:paraId="6FB49F4F" w14:textId="385EE854" w:rsidR="00554282" w:rsidRPr="00BF1519" w:rsidRDefault="00554282" w:rsidP="00293DC8">
      <w:pPr>
        <w:spacing w:line="278" w:lineRule="auto"/>
        <w:jc w:val="center"/>
        <w:rPr>
          <w:rFonts w:eastAsia="Calibri" w:cs="Mangal"/>
          <w:b/>
          <w:bCs/>
          <w:kern w:val="2"/>
          <w:sz w:val="24"/>
          <w:szCs w:val="24"/>
          <w14:ligatures w14:val="standardContextual"/>
        </w:rPr>
      </w:pPr>
      <w:r w:rsidRPr="00554282">
        <w:rPr>
          <w:rFonts w:eastAsia="Calibri" w:cs="Mangal"/>
          <w:b/>
          <w:bCs/>
          <w:kern w:val="2"/>
          <w:sz w:val="24"/>
          <w:szCs w:val="24"/>
          <w14:ligatures w14:val="standardContextual"/>
        </w:rPr>
        <w:t>(Established under Gujarat Private Universities Act, 2009)</w:t>
      </w:r>
    </w:p>
    <w:p w14:paraId="1870E7CA" w14:textId="72A11D38" w:rsidR="003C67DB" w:rsidRPr="00BF1519" w:rsidRDefault="00554282" w:rsidP="00534294">
      <w:pPr>
        <w:pStyle w:val="Title"/>
        <w:spacing w:after="0"/>
        <w:jc w:val="center"/>
        <w:rPr>
          <w:rFonts w:asciiTheme="minorHAnsi" w:hAnsiTheme="minorHAnsi" w:cs="Times New Roman"/>
          <w:color w:val="auto"/>
          <w:sz w:val="40"/>
          <w:szCs w:val="40"/>
        </w:rPr>
      </w:pPr>
      <w:r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>Annexure-</w:t>
      </w:r>
      <w:r w:rsidR="00732578">
        <w:rPr>
          <w:rFonts w:asciiTheme="minorHAnsi" w:hAnsiTheme="minorHAnsi" w:cs="Times New Roman"/>
          <w:b/>
          <w:bCs/>
          <w:color w:val="auto"/>
          <w:sz w:val="32"/>
          <w:szCs w:val="32"/>
        </w:rPr>
        <w:t>B</w:t>
      </w:r>
      <w:r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>:</w:t>
      </w:r>
      <w:r w:rsidR="00293DC8"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 xml:space="preserve"> </w:t>
      </w:r>
      <w:r w:rsidR="00732578" w:rsidRPr="00732578">
        <w:rPr>
          <w:rFonts w:asciiTheme="minorHAnsi" w:hAnsiTheme="minorHAnsi" w:cs="Times New Roman"/>
          <w:b/>
          <w:bCs/>
          <w:color w:val="auto"/>
          <w:sz w:val="32"/>
          <w:szCs w:val="32"/>
        </w:rPr>
        <w:t>Conference Presentation and Professional Development – Remuneration Claim Form</w:t>
      </w:r>
    </w:p>
    <w:p w14:paraId="25AB69E6" w14:textId="77777777" w:rsidR="00293DC8" w:rsidRDefault="00293DC8" w:rsidP="00293DC8">
      <w:pPr>
        <w:pStyle w:val="Heading1"/>
        <w:spacing w:before="0" w:line="240" w:lineRule="auto"/>
        <w:rPr>
          <w:rFonts w:asciiTheme="minorHAnsi" w:hAnsiTheme="minorHAnsi" w:cs="Times New Roman"/>
          <w:color w:val="auto"/>
          <w:sz w:val="24"/>
          <w:szCs w:val="24"/>
        </w:rPr>
      </w:pPr>
    </w:p>
    <w:p w14:paraId="3189D16F" w14:textId="68D3F002" w:rsidR="00D428CE" w:rsidRPr="00BF1519" w:rsidRDefault="00D428CE" w:rsidP="00293DC8">
      <w:pPr>
        <w:pStyle w:val="Heading1"/>
        <w:spacing w:before="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A. Applicant Details</w:t>
      </w:r>
    </w:p>
    <w:p w14:paraId="11885661" w14:textId="77777777" w:rsidR="00554282" w:rsidRPr="00BF1519" w:rsidRDefault="00554282" w:rsidP="00554282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75"/>
        <w:gridCol w:w="2610"/>
        <w:gridCol w:w="4945"/>
      </w:tblGrid>
      <w:tr w:rsidR="00554282" w:rsidRPr="00BF1519" w14:paraId="6D539A08" w14:textId="77777777" w:rsidTr="00BF1519">
        <w:tc>
          <w:tcPr>
            <w:tcW w:w="623" w:type="pct"/>
            <w:shd w:val="clear" w:color="auto" w:fill="D9D9D9" w:themeFill="background1" w:themeFillShade="D9"/>
          </w:tcPr>
          <w:p w14:paraId="61B4229C" w14:textId="3ED8FF4D" w:rsidR="00554282" w:rsidRPr="00BF1519" w:rsidRDefault="00554282" w:rsidP="00BF151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512" w:type="pct"/>
            <w:shd w:val="clear" w:color="auto" w:fill="D9D9D9" w:themeFill="background1" w:themeFillShade="D9"/>
          </w:tcPr>
          <w:p w14:paraId="56A0A153" w14:textId="5E33910B" w:rsidR="00554282" w:rsidRPr="00BF1519" w:rsidRDefault="00554282" w:rsidP="00BF1519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2865" w:type="pct"/>
            <w:shd w:val="clear" w:color="auto" w:fill="D9D9D9" w:themeFill="background1" w:themeFillShade="D9"/>
          </w:tcPr>
          <w:p w14:paraId="6B59C125" w14:textId="590B1FAF" w:rsidR="00554282" w:rsidRPr="00BF1519" w:rsidRDefault="00554282" w:rsidP="00BF151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Details</w:t>
            </w:r>
          </w:p>
        </w:tc>
      </w:tr>
      <w:tr w:rsidR="00554282" w:rsidRPr="00BF1519" w14:paraId="4B5DBD7E" w14:textId="77777777" w:rsidTr="00BF1519">
        <w:tc>
          <w:tcPr>
            <w:tcW w:w="623" w:type="pct"/>
          </w:tcPr>
          <w:p w14:paraId="3B490CD5" w14:textId="47CEA489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1</w:t>
            </w:r>
          </w:p>
        </w:tc>
        <w:tc>
          <w:tcPr>
            <w:tcW w:w="1512" w:type="pct"/>
          </w:tcPr>
          <w:p w14:paraId="7C7E1ED1" w14:textId="7D7E53C3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rFonts w:cs="Times New Roman"/>
                <w:sz w:val="24"/>
                <w:szCs w:val="24"/>
              </w:rPr>
              <w:t>Name of the Applicant</w:t>
            </w:r>
          </w:p>
        </w:tc>
        <w:tc>
          <w:tcPr>
            <w:tcW w:w="2865" w:type="pct"/>
          </w:tcPr>
          <w:p w14:paraId="0D713728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5BE37082" w14:textId="77777777" w:rsidTr="00BF1519">
        <w:tc>
          <w:tcPr>
            <w:tcW w:w="623" w:type="pct"/>
          </w:tcPr>
          <w:p w14:paraId="663B5AF2" w14:textId="510BBA6B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2</w:t>
            </w:r>
          </w:p>
        </w:tc>
        <w:tc>
          <w:tcPr>
            <w:tcW w:w="1512" w:type="pct"/>
          </w:tcPr>
          <w:p w14:paraId="0E1CDD65" w14:textId="04515485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Designation</w:t>
            </w:r>
          </w:p>
        </w:tc>
        <w:tc>
          <w:tcPr>
            <w:tcW w:w="2865" w:type="pct"/>
          </w:tcPr>
          <w:p w14:paraId="04661940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3175BE35" w14:textId="77777777" w:rsidTr="00BF1519">
        <w:tc>
          <w:tcPr>
            <w:tcW w:w="623" w:type="pct"/>
          </w:tcPr>
          <w:p w14:paraId="3F601746" w14:textId="3F2430F5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3</w:t>
            </w:r>
          </w:p>
        </w:tc>
        <w:tc>
          <w:tcPr>
            <w:tcW w:w="1512" w:type="pct"/>
          </w:tcPr>
          <w:p w14:paraId="6469AF6B" w14:textId="6BD60A2A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Department</w:t>
            </w:r>
          </w:p>
        </w:tc>
        <w:tc>
          <w:tcPr>
            <w:tcW w:w="2865" w:type="pct"/>
          </w:tcPr>
          <w:p w14:paraId="457B97A7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2FC1FB1E" w14:textId="77777777" w:rsidTr="00BF1519">
        <w:tc>
          <w:tcPr>
            <w:tcW w:w="623" w:type="pct"/>
          </w:tcPr>
          <w:p w14:paraId="0D0EB73F" w14:textId="0D50EBE4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4</w:t>
            </w:r>
          </w:p>
        </w:tc>
        <w:tc>
          <w:tcPr>
            <w:tcW w:w="1512" w:type="pct"/>
          </w:tcPr>
          <w:p w14:paraId="0898A403" w14:textId="3ABA8A03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Institute</w:t>
            </w:r>
          </w:p>
        </w:tc>
        <w:tc>
          <w:tcPr>
            <w:tcW w:w="2865" w:type="pct"/>
          </w:tcPr>
          <w:p w14:paraId="62D8BC70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3A8DB1E8" w14:textId="77777777" w:rsidTr="00BF1519">
        <w:tc>
          <w:tcPr>
            <w:tcW w:w="623" w:type="pct"/>
          </w:tcPr>
          <w:p w14:paraId="3FCB6CFD" w14:textId="214D6843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5</w:t>
            </w:r>
          </w:p>
        </w:tc>
        <w:tc>
          <w:tcPr>
            <w:tcW w:w="1512" w:type="pct"/>
          </w:tcPr>
          <w:p w14:paraId="7A20FD80" w14:textId="539F6E8E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Faculty</w:t>
            </w:r>
          </w:p>
        </w:tc>
        <w:tc>
          <w:tcPr>
            <w:tcW w:w="2865" w:type="pct"/>
          </w:tcPr>
          <w:p w14:paraId="5EA9FE4D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0AADA62B" w14:textId="77777777" w:rsidTr="00BF1519">
        <w:tc>
          <w:tcPr>
            <w:tcW w:w="623" w:type="pct"/>
          </w:tcPr>
          <w:p w14:paraId="5A96A0F8" w14:textId="42CC634A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6</w:t>
            </w:r>
          </w:p>
        </w:tc>
        <w:tc>
          <w:tcPr>
            <w:tcW w:w="1512" w:type="pct"/>
          </w:tcPr>
          <w:p w14:paraId="5FAA3A1C" w14:textId="40DDB9E4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Email</w:t>
            </w:r>
          </w:p>
        </w:tc>
        <w:tc>
          <w:tcPr>
            <w:tcW w:w="2865" w:type="pct"/>
          </w:tcPr>
          <w:p w14:paraId="20843338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22679044" w14:textId="77777777" w:rsidTr="00BF1519">
        <w:tc>
          <w:tcPr>
            <w:tcW w:w="623" w:type="pct"/>
          </w:tcPr>
          <w:p w14:paraId="77F2D791" w14:textId="7A164D0D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7</w:t>
            </w:r>
          </w:p>
        </w:tc>
        <w:tc>
          <w:tcPr>
            <w:tcW w:w="1512" w:type="pct"/>
          </w:tcPr>
          <w:p w14:paraId="3A44DECC" w14:textId="3F39C5D3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Mobile No.</w:t>
            </w:r>
          </w:p>
        </w:tc>
        <w:tc>
          <w:tcPr>
            <w:tcW w:w="2865" w:type="pct"/>
          </w:tcPr>
          <w:p w14:paraId="7F23FB2B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16642874" w14:textId="77777777" w:rsidTr="00BF1519">
        <w:tc>
          <w:tcPr>
            <w:tcW w:w="623" w:type="pct"/>
          </w:tcPr>
          <w:p w14:paraId="0D695FDB" w14:textId="1B709946" w:rsidR="00554282" w:rsidRPr="00BF1519" w:rsidRDefault="00554282" w:rsidP="00BF151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8</w:t>
            </w:r>
          </w:p>
        </w:tc>
        <w:tc>
          <w:tcPr>
            <w:tcW w:w="1512" w:type="pct"/>
          </w:tcPr>
          <w:p w14:paraId="1E8F18D2" w14:textId="46149D54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Bank Details</w:t>
            </w:r>
          </w:p>
        </w:tc>
        <w:tc>
          <w:tcPr>
            <w:tcW w:w="2865" w:type="pct"/>
          </w:tcPr>
          <w:p w14:paraId="7C904614" w14:textId="1102F498" w:rsidR="00554282" w:rsidRPr="00BF1519" w:rsidRDefault="00554282" w:rsidP="00293DC8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Name of Bank:</w:t>
            </w:r>
            <w:r w:rsidR="00BF1519" w:rsidRPr="00BF1519">
              <w:rPr>
                <w:sz w:val="24"/>
                <w:szCs w:val="24"/>
              </w:rPr>
              <w:t xml:space="preserve"> </w:t>
            </w:r>
          </w:p>
          <w:p w14:paraId="6914E6C4" w14:textId="396E199A" w:rsidR="00554282" w:rsidRPr="00BF1519" w:rsidRDefault="00554282" w:rsidP="00293DC8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Branch:</w:t>
            </w:r>
            <w:r w:rsidR="00BF1519" w:rsidRPr="00BF1519">
              <w:rPr>
                <w:sz w:val="24"/>
                <w:szCs w:val="24"/>
              </w:rPr>
              <w:t xml:space="preserve"> </w:t>
            </w:r>
          </w:p>
          <w:p w14:paraId="1568B9F7" w14:textId="4FD8ED21" w:rsidR="00554282" w:rsidRPr="00BF1519" w:rsidRDefault="00554282" w:rsidP="00293DC8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IFSC:</w:t>
            </w:r>
            <w:r w:rsidR="00BF1519" w:rsidRPr="00BF1519">
              <w:rPr>
                <w:sz w:val="24"/>
                <w:szCs w:val="24"/>
              </w:rPr>
              <w:t xml:space="preserve"> </w:t>
            </w:r>
          </w:p>
          <w:p w14:paraId="72B7F5F8" w14:textId="42028ED9" w:rsidR="00554282" w:rsidRPr="00BF1519" w:rsidRDefault="00554282" w:rsidP="00293DC8">
            <w:pPr>
              <w:pStyle w:val="ListParagraph"/>
              <w:numPr>
                <w:ilvl w:val="0"/>
                <w:numId w:val="15"/>
              </w:numPr>
              <w:ind w:left="166" w:hanging="180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Account Number:</w:t>
            </w:r>
            <w:r w:rsidR="00BF1519" w:rsidRPr="00BF1519">
              <w:rPr>
                <w:sz w:val="24"/>
                <w:szCs w:val="24"/>
              </w:rPr>
              <w:t xml:space="preserve"> </w:t>
            </w:r>
          </w:p>
        </w:tc>
      </w:tr>
    </w:tbl>
    <w:p w14:paraId="04F0732C" w14:textId="77777777" w:rsidR="00293DC8" w:rsidRPr="00293DC8" w:rsidRDefault="00293DC8" w:rsidP="00293DC8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"/>
          <w:szCs w:val="2"/>
        </w:rPr>
      </w:pPr>
    </w:p>
    <w:p w14:paraId="218DA004" w14:textId="59F06CEC" w:rsidR="003C67DB" w:rsidRPr="00BF1519" w:rsidRDefault="005964EE" w:rsidP="00293DC8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 xml:space="preserve">B. </w:t>
      </w:r>
      <w:r w:rsidR="00BA4D17">
        <w:rPr>
          <w:rFonts w:asciiTheme="minorHAnsi" w:hAnsiTheme="minorHAnsi" w:cs="Times New Roman"/>
          <w:color w:val="auto"/>
          <w:sz w:val="24"/>
          <w:szCs w:val="24"/>
        </w:rPr>
        <w:t>Event Details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75"/>
        <w:gridCol w:w="3060"/>
        <w:gridCol w:w="4495"/>
      </w:tblGrid>
      <w:tr w:rsidR="00BF1519" w:rsidRPr="00BF1519" w14:paraId="32D7C8F0" w14:textId="77777777" w:rsidTr="00BF1519">
        <w:tc>
          <w:tcPr>
            <w:tcW w:w="623" w:type="pct"/>
            <w:shd w:val="clear" w:color="auto" w:fill="D9D9D9" w:themeFill="background1" w:themeFillShade="D9"/>
          </w:tcPr>
          <w:p w14:paraId="5163222A" w14:textId="77777777" w:rsidR="00BF1519" w:rsidRPr="00BF1519" w:rsidRDefault="00BF1519" w:rsidP="004F060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773" w:type="pct"/>
            <w:shd w:val="clear" w:color="auto" w:fill="D9D9D9" w:themeFill="background1" w:themeFillShade="D9"/>
          </w:tcPr>
          <w:p w14:paraId="63229619" w14:textId="77777777" w:rsidR="00BF1519" w:rsidRPr="00BF1519" w:rsidRDefault="00BF1519" w:rsidP="004F0606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2604" w:type="pct"/>
            <w:shd w:val="clear" w:color="auto" w:fill="D9D9D9" w:themeFill="background1" w:themeFillShade="D9"/>
          </w:tcPr>
          <w:p w14:paraId="40E52C0D" w14:textId="77777777" w:rsidR="00BF1519" w:rsidRPr="00BF1519" w:rsidRDefault="00BF1519" w:rsidP="004F0606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Details</w:t>
            </w:r>
          </w:p>
        </w:tc>
      </w:tr>
      <w:tr w:rsidR="00BF1519" w:rsidRPr="00BF1519" w14:paraId="6F55311A" w14:textId="77777777" w:rsidTr="00BF1519">
        <w:tc>
          <w:tcPr>
            <w:tcW w:w="623" w:type="pct"/>
          </w:tcPr>
          <w:p w14:paraId="1B446D57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1</w:t>
            </w:r>
          </w:p>
        </w:tc>
        <w:tc>
          <w:tcPr>
            <w:tcW w:w="1773" w:type="pct"/>
          </w:tcPr>
          <w:p w14:paraId="2B236764" w14:textId="120C1677" w:rsidR="00BF1519" w:rsidRPr="00BF1519" w:rsidRDefault="00BA4D17" w:rsidP="00735B50">
            <w:pPr>
              <w:spacing w:line="276" w:lineRule="auto"/>
              <w:rPr>
                <w:sz w:val="24"/>
                <w:szCs w:val="24"/>
              </w:rPr>
            </w:pPr>
            <w:r w:rsidRPr="00B76E90">
              <w:rPr>
                <w:sz w:val="24"/>
                <w:szCs w:val="24"/>
              </w:rPr>
              <w:t>Type of Participation</w:t>
            </w:r>
          </w:p>
        </w:tc>
        <w:tc>
          <w:tcPr>
            <w:tcW w:w="2604" w:type="pct"/>
          </w:tcPr>
          <w:p w14:paraId="26272D99" w14:textId="77777777" w:rsidR="00BA4D17" w:rsidRDefault="00BA4D17" w:rsidP="004F0606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 xml:space="preserve">⧠ </w:t>
            </w:r>
            <w:r>
              <w:rPr>
                <w:sz w:val="24"/>
                <w:szCs w:val="24"/>
              </w:rPr>
              <w:t>Oral</w:t>
            </w:r>
            <w:r w:rsidRPr="00BF1519">
              <w:rPr>
                <w:sz w:val="24"/>
                <w:szCs w:val="24"/>
              </w:rPr>
              <w:t xml:space="preserve"> ⧠ </w:t>
            </w:r>
            <w:r>
              <w:rPr>
                <w:sz w:val="24"/>
                <w:szCs w:val="24"/>
              </w:rPr>
              <w:t xml:space="preserve">Poster </w:t>
            </w:r>
            <w:r w:rsidRPr="00BF1519">
              <w:rPr>
                <w:sz w:val="24"/>
                <w:szCs w:val="24"/>
              </w:rPr>
              <w:t xml:space="preserve"> </w:t>
            </w:r>
          </w:p>
          <w:p w14:paraId="4B4FAFB5" w14:textId="77777777" w:rsidR="00BA4D17" w:rsidRDefault="00BA4D17" w:rsidP="004F0606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 xml:space="preserve">⧠ </w:t>
            </w:r>
            <w:r>
              <w:rPr>
                <w:sz w:val="24"/>
                <w:szCs w:val="24"/>
              </w:rPr>
              <w:t>Invited talk</w:t>
            </w:r>
          </w:p>
          <w:p w14:paraId="0842376E" w14:textId="579A08C7" w:rsidR="00BF1519" w:rsidRPr="00BF1519" w:rsidRDefault="00BA4D17" w:rsidP="004F0606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 xml:space="preserve">⧠ </w:t>
            </w:r>
            <w:r w:rsidRPr="009B6C9C">
              <w:rPr>
                <w:rFonts w:ascii="Times New Roman" w:hAnsi="Times New Roman" w:cs="Times New Roman"/>
                <w:sz w:val="24"/>
                <w:szCs w:val="24"/>
              </w:rPr>
              <w:t>FDP/STTP/QIP/Workshop</w:t>
            </w:r>
          </w:p>
        </w:tc>
      </w:tr>
      <w:tr w:rsidR="00BF1519" w:rsidRPr="00BF1519" w14:paraId="0B204DDF" w14:textId="77777777" w:rsidTr="00BF1519">
        <w:tc>
          <w:tcPr>
            <w:tcW w:w="623" w:type="pct"/>
          </w:tcPr>
          <w:p w14:paraId="3249B0DA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2</w:t>
            </w:r>
          </w:p>
        </w:tc>
        <w:tc>
          <w:tcPr>
            <w:tcW w:w="1773" w:type="pct"/>
          </w:tcPr>
          <w:p w14:paraId="50125F28" w14:textId="7BCC4CFA" w:rsidR="00BF1519" w:rsidRPr="00BF1519" w:rsidRDefault="002E6D5A" w:rsidP="00735B50">
            <w:pPr>
              <w:spacing w:line="276" w:lineRule="auto"/>
              <w:rPr>
                <w:sz w:val="24"/>
                <w:szCs w:val="24"/>
              </w:rPr>
            </w:pPr>
            <w:r w:rsidRPr="00B76E90">
              <w:rPr>
                <w:sz w:val="24"/>
                <w:szCs w:val="24"/>
              </w:rPr>
              <w:t>Title of Presented Paper (if applicable)</w:t>
            </w:r>
          </w:p>
        </w:tc>
        <w:tc>
          <w:tcPr>
            <w:tcW w:w="2604" w:type="pct"/>
          </w:tcPr>
          <w:p w14:paraId="6BD951B4" w14:textId="77777777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1605E93B" w14:textId="77777777" w:rsidTr="00BF1519">
        <w:tc>
          <w:tcPr>
            <w:tcW w:w="623" w:type="pct"/>
          </w:tcPr>
          <w:p w14:paraId="715811A4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3</w:t>
            </w:r>
          </w:p>
        </w:tc>
        <w:tc>
          <w:tcPr>
            <w:tcW w:w="1773" w:type="pct"/>
          </w:tcPr>
          <w:p w14:paraId="5AA9B22B" w14:textId="28A5CD93" w:rsidR="00BF1519" w:rsidRPr="00BF1519" w:rsidRDefault="002E6D5A" w:rsidP="00735B50">
            <w:pPr>
              <w:spacing w:line="276" w:lineRule="auto"/>
              <w:rPr>
                <w:sz w:val="24"/>
                <w:szCs w:val="24"/>
              </w:rPr>
            </w:pPr>
            <w:r w:rsidRPr="00B76E90">
              <w:rPr>
                <w:sz w:val="24"/>
                <w:szCs w:val="24"/>
              </w:rPr>
              <w:t>Conference/Event Name</w:t>
            </w:r>
          </w:p>
        </w:tc>
        <w:tc>
          <w:tcPr>
            <w:tcW w:w="2604" w:type="pct"/>
          </w:tcPr>
          <w:p w14:paraId="3B25038C" w14:textId="77777777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3A22FDA9" w14:textId="77777777" w:rsidTr="00BF1519">
        <w:tc>
          <w:tcPr>
            <w:tcW w:w="623" w:type="pct"/>
          </w:tcPr>
          <w:p w14:paraId="7BD127F7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4</w:t>
            </w:r>
          </w:p>
        </w:tc>
        <w:tc>
          <w:tcPr>
            <w:tcW w:w="1773" w:type="pct"/>
          </w:tcPr>
          <w:p w14:paraId="21F71D07" w14:textId="3D5EADA1" w:rsidR="00BF1519" w:rsidRPr="00BF1519" w:rsidRDefault="002E6D5A" w:rsidP="00735B50">
            <w:pPr>
              <w:spacing w:line="276" w:lineRule="auto"/>
              <w:rPr>
                <w:sz w:val="24"/>
                <w:szCs w:val="24"/>
              </w:rPr>
            </w:pPr>
            <w:r w:rsidRPr="00B76E90">
              <w:rPr>
                <w:sz w:val="24"/>
                <w:szCs w:val="24"/>
              </w:rPr>
              <w:t>Venue &amp; City</w:t>
            </w:r>
          </w:p>
        </w:tc>
        <w:tc>
          <w:tcPr>
            <w:tcW w:w="2604" w:type="pct"/>
          </w:tcPr>
          <w:p w14:paraId="20215768" w14:textId="77777777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40E468AC" w14:textId="77777777" w:rsidTr="00BF1519">
        <w:tc>
          <w:tcPr>
            <w:tcW w:w="623" w:type="pct"/>
          </w:tcPr>
          <w:p w14:paraId="6B69FDCE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5</w:t>
            </w:r>
          </w:p>
        </w:tc>
        <w:tc>
          <w:tcPr>
            <w:tcW w:w="1773" w:type="pct"/>
          </w:tcPr>
          <w:p w14:paraId="5C3AB7A1" w14:textId="0F0B3E38" w:rsidR="00BF1519" w:rsidRPr="00BF1519" w:rsidRDefault="002E6D5A" w:rsidP="00735B50">
            <w:pPr>
              <w:spacing w:line="276" w:lineRule="auto"/>
              <w:rPr>
                <w:sz w:val="24"/>
                <w:szCs w:val="24"/>
              </w:rPr>
            </w:pPr>
            <w:r w:rsidRPr="00B76E90">
              <w:rPr>
                <w:sz w:val="24"/>
                <w:szCs w:val="24"/>
              </w:rPr>
              <w:t>Organizer</w:t>
            </w:r>
          </w:p>
        </w:tc>
        <w:tc>
          <w:tcPr>
            <w:tcW w:w="2604" w:type="pct"/>
          </w:tcPr>
          <w:p w14:paraId="53A375A0" w14:textId="77777777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0A8A4F66" w14:textId="77777777" w:rsidTr="00BF1519">
        <w:tc>
          <w:tcPr>
            <w:tcW w:w="623" w:type="pct"/>
          </w:tcPr>
          <w:p w14:paraId="15905764" w14:textId="77777777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6</w:t>
            </w:r>
          </w:p>
        </w:tc>
        <w:tc>
          <w:tcPr>
            <w:tcW w:w="1773" w:type="pct"/>
          </w:tcPr>
          <w:p w14:paraId="5D75670D" w14:textId="6CDF6DAD" w:rsidR="00BF1519" w:rsidRPr="00BF1519" w:rsidRDefault="002E6D5A" w:rsidP="00735B50">
            <w:pPr>
              <w:spacing w:line="276" w:lineRule="auto"/>
              <w:rPr>
                <w:sz w:val="24"/>
                <w:szCs w:val="24"/>
              </w:rPr>
            </w:pPr>
            <w:r w:rsidRPr="00B76E90">
              <w:rPr>
                <w:sz w:val="24"/>
                <w:szCs w:val="24"/>
              </w:rPr>
              <w:t>Dates of the Event</w:t>
            </w:r>
          </w:p>
        </w:tc>
        <w:tc>
          <w:tcPr>
            <w:tcW w:w="2604" w:type="pct"/>
          </w:tcPr>
          <w:p w14:paraId="7BFF41C0" w14:textId="527F7258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BF1519" w:rsidRPr="00BF1519" w14:paraId="1B394043" w14:textId="77777777" w:rsidTr="00BF1519">
        <w:tc>
          <w:tcPr>
            <w:tcW w:w="623" w:type="pct"/>
          </w:tcPr>
          <w:p w14:paraId="1A7300F1" w14:textId="7E6318F0" w:rsidR="00BF1519" w:rsidRPr="00BF1519" w:rsidRDefault="00BF1519" w:rsidP="004F060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7</w:t>
            </w:r>
          </w:p>
        </w:tc>
        <w:tc>
          <w:tcPr>
            <w:tcW w:w="1773" w:type="pct"/>
          </w:tcPr>
          <w:p w14:paraId="48F7D11A" w14:textId="4AF08B35" w:rsidR="00BF1519" w:rsidRPr="00BF1519" w:rsidRDefault="002E6D5A" w:rsidP="00735B50">
            <w:pPr>
              <w:spacing w:line="276" w:lineRule="auto"/>
              <w:rPr>
                <w:sz w:val="24"/>
                <w:szCs w:val="24"/>
              </w:rPr>
            </w:pPr>
            <w:r w:rsidRPr="002E6D5A">
              <w:rPr>
                <w:sz w:val="24"/>
                <w:szCs w:val="24"/>
              </w:rPr>
              <w:t>Is the event International</w:t>
            </w:r>
            <w:r>
              <w:rPr>
                <w:sz w:val="24"/>
                <w:szCs w:val="24"/>
              </w:rPr>
              <w:t xml:space="preserve"> </w:t>
            </w:r>
            <w:r w:rsidRPr="002E6D5A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2E6D5A">
              <w:rPr>
                <w:sz w:val="24"/>
                <w:szCs w:val="24"/>
              </w:rPr>
              <w:t>National</w:t>
            </w:r>
            <w:r>
              <w:rPr>
                <w:sz w:val="24"/>
                <w:szCs w:val="24"/>
              </w:rPr>
              <w:t xml:space="preserve"> </w:t>
            </w:r>
            <w:r w:rsidRPr="002E6D5A">
              <w:rPr>
                <w:sz w:val="24"/>
                <w:szCs w:val="24"/>
              </w:rPr>
              <w:t>/State-Level?</w:t>
            </w:r>
          </w:p>
        </w:tc>
        <w:tc>
          <w:tcPr>
            <w:tcW w:w="2604" w:type="pct"/>
          </w:tcPr>
          <w:p w14:paraId="661DAB15" w14:textId="77777777" w:rsidR="00BF1519" w:rsidRPr="00BF1519" w:rsidRDefault="00BF1519" w:rsidP="004F0606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2E6D5A" w:rsidRPr="00BF1519" w14:paraId="664210D0" w14:textId="77777777" w:rsidTr="00BF1519">
        <w:tc>
          <w:tcPr>
            <w:tcW w:w="623" w:type="pct"/>
          </w:tcPr>
          <w:p w14:paraId="7714BE37" w14:textId="316DF4D3" w:rsidR="002E6D5A" w:rsidRPr="00BF1519" w:rsidRDefault="002E6D5A" w:rsidP="002E6D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8</w:t>
            </w:r>
          </w:p>
        </w:tc>
        <w:tc>
          <w:tcPr>
            <w:tcW w:w="1773" w:type="pct"/>
          </w:tcPr>
          <w:p w14:paraId="71D22CBA" w14:textId="3D52A1B7" w:rsidR="002E6D5A" w:rsidRPr="00B76E90" w:rsidRDefault="002E6D5A" w:rsidP="007E5BC7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B76E90">
              <w:rPr>
                <w:sz w:val="24"/>
                <w:szCs w:val="24"/>
              </w:rPr>
              <w:t>Is the event approved by MRDC prior to participation?</w:t>
            </w:r>
          </w:p>
        </w:tc>
        <w:tc>
          <w:tcPr>
            <w:tcW w:w="2604" w:type="pct"/>
          </w:tcPr>
          <w:p w14:paraId="270AD960" w14:textId="7AD62C01" w:rsidR="002E6D5A" w:rsidRPr="00BF1519" w:rsidRDefault="002E6D5A" w:rsidP="002E6D5A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⧠ Yes     ⧠ No</w:t>
            </w:r>
          </w:p>
        </w:tc>
      </w:tr>
      <w:tr w:rsidR="002E6D5A" w:rsidRPr="00BF1519" w14:paraId="2D1ADB25" w14:textId="77777777" w:rsidTr="00BF1519">
        <w:tc>
          <w:tcPr>
            <w:tcW w:w="623" w:type="pct"/>
          </w:tcPr>
          <w:p w14:paraId="0F8BECB5" w14:textId="18B02C11" w:rsidR="002E6D5A" w:rsidRPr="00BF1519" w:rsidRDefault="002E6D5A" w:rsidP="002E6D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773" w:type="pct"/>
          </w:tcPr>
          <w:p w14:paraId="060499E0" w14:textId="2A9DEC13" w:rsidR="002E6D5A" w:rsidRPr="00BF1519" w:rsidRDefault="002E6D5A" w:rsidP="00735B50">
            <w:pPr>
              <w:spacing w:line="276" w:lineRule="auto"/>
              <w:rPr>
                <w:sz w:val="24"/>
                <w:szCs w:val="24"/>
              </w:rPr>
            </w:pPr>
            <w:r w:rsidRPr="00B76E90">
              <w:rPr>
                <w:sz w:val="24"/>
                <w:szCs w:val="24"/>
              </w:rPr>
              <w:t>Amount of Financial Support Requested</w:t>
            </w:r>
          </w:p>
        </w:tc>
        <w:tc>
          <w:tcPr>
            <w:tcW w:w="2604" w:type="pct"/>
          </w:tcPr>
          <w:p w14:paraId="3B49842E" w14:textId="3736BF26" w:rsidR="002E6D5A" w:rsidRPr="002E6D5A" w:rsidRDefault="002E6D5A" w:rsidP="00575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6D5A">
              <w:rPr>
                <w:rFonts w:ascii="Times New Roman" w:hAnsi="Times New Roman" w:cs="Times New Roman"/>
                <w:sz w:val="24"/>
                <w:szCs w:val="24"/>
              </w:rPr>
              <w:t>Registration Fee</w:t>
            </w:r>
            <w:r w:rsidR="00EB4C2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2E6D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E60BACC" w14:textId="758358A1" w:rsidR="002E6D5A" w:rsidRPr="002E6D5A" w:rsidRDefault="002E6D5A" w:rsidP="00575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6D5A">
              <w:rPr>
                <w:rFonts w:ascii="Times New Roman" w:hAnsi="Times New Roman" w:cs="Times New Roman"/>
                <w:sz w:val="24"/>
                <w:szCs w:val="24"/>
              </w:rPr>
              <w:t>Travel</w:t>
            </w:r>
            <w:r w:rsidR="00EB4C2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4DD693B" w14:textId="5F1D08CE" w:rsidR="002E6D5A" w:rsidRPr="00BF1519" w:rsidRDefault="00575714" w:rsidP="002E6D5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  <w:r w:rsidR="00EB4C2E">
              <w:rPr>
                <w:sz w:val="24"/>
                <w:szCs w:val="24"/>
              </w:rPr>
              <w:t>:</w:t>
            </w:r>
          </w:p>
        </w:tc>
      </w:tr>
      <w:tr w:rsidR="002E6D5A" w:rsidRPr="00BF1519" w14:paraId="63F4E7A8" w14:textId="77777777" w:rsidTr="00BF1519">
        <w:tc>
          <w:tcPr>
            <w:tcW w:w="623" w:type="pct"/>
            <w:vMerge w:val="restart"/>
            <w:vAlign w:val="center"/>
          </w:tcPr>
          <w:p w14:paraId="252C9FFD" w14:textId="3E160543" w:rsidR="002E6D5A" w:rsidRPr="00BF1519" w:rsidRDefault="002E6D5A" w:rsidP="002E6D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10</w:t>
            </w:r>
          </w:p>
        </w:tc>
        <w:tc>
          <w:tcPr>
            <w:tcW w:w="1773" w:type="pct"/>
          </w:tcPr>
          <w:p w14:paraId="3C0270CC" w14:textId="5315708A" w:rsidR="002E6D5A" w:rsidRPr="00BF1519" w:rsidRDefault="001E3260" w:rsidP="007E5BC7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76E90">
              <w:rPr>
                <w:sz w:val="24"/>
                <w:szCs w:val="24"/>
              </w:rPr>
              <w:t xml:space="preserve">Have you availed support under this policy </w:t>
            </w:r>
            <w:r w:rsidR="007E5BC7">
              <w:rPr>
                <w:sz w:val="24"/>
                <w:szCs w:val="24"/>
              </w:rPr>
              <w:t xml:space="preserve">for the current </w:t>
            </w:r>
            <w:r w:rsidRPr="00B76E90">
              <w:rPr>
                <w:sz w:val="24"/>
                <w:szCs w:val="24"/>
              </w:rPr>
              <w:t>academic year?</w:t>
            </w:r>
          </w:p>
        </w:tc>
        <w:tc>
          <w:tcPr>
            <w:tcW w:w="2604" w:type="pct"/>
          </w:tcPr>
          <w:p w14:paraId="44AE0B50" w14:textId="21618FF6" w:rsidR="002E6D5A" w:rsidRPr="00BF1519" w:rsidRDefault="002E6D5A" w:rsidP="002E6D5A">
            <w:pPr>
              <w:spacing w:line="360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⧠ Yes     ⧠ No</w:t>
            </w:r>
          </w:p>
        </w:tc>
      </w:tr>
      <w:tr w:rsidR="002E6D5A" w:rsidRPr="00BF1519" w14:paraId="1751824A" w14:textId="77777777" w:rsidTr="00BF1519">
        <w:tc>
          <w:tcPr>
            <w:tcW w:w="623" w:type="pct"/>
            <w:vMerge/>
          </w:tcPr>
          <w:p w14:paraId="249930E3" w14:textId="6DD4B314" w:rsidR="002E6D5A" w:rsidRPr="00BF1519" w:rsidRDefault="002E6D5A" w:rsidP="002E6D5A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73" w:type="pct"/>
          </w:tcPr>
          <w:p w14:paraId="23F53009" w14:textId="180FA842" w:rsidR="002E6D5A" w:rsidRPr="00BF1519" w:rsidRDefault="002E6D5A" w:rsidP="007E5BC7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 xml:space="preserve">If </w:t>
            </w:r>
            <w:r w:rsidR="009A0CF0" w:rsidRPr="00BF1519">
              <w:rPr>
                <w:sz w:val="24"/>
                <w:szCs w:val="24"/>
              </w:rPr>
              <w:t>yes</w:t>
            </w:r>
            <w:r w:rsidRPr="00BF1519">
              <w:rPr>
                <w:sz w:val="24"/>
                <w:szCs w:val="24"/>
              </w:rPr>
              <w:t>, give detailed information:</w:t>
            </w:r>
          </w:p>
        </w:tc>
        <w:tc>
          <w:tcPr>
            <w:tcW w:w="2604" w:type="pct"/>
          </w:tcPr>
          <w:p w14:paraId="10408C42" w14:textId="77777777" w:rsidR="002E6D5A" w:rsidRPr="00BF1519" w:rsidRDefault="002E6D5A" w:rsidP="002E6D5A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2E6D5A" w:rsidRPr="00BF1519" w14:paraId="58EB0C5A" w14:textId="77777777" w:rsidTr="00BF1519">
        <w:tc>
          <w:tcPr>
            <w:tcW w:w="623" w:type="pct"/>
          </w:tcPr>
          <w:p w14:paraId="37B1AA4B" w14:textId="2C0C7ED8" w:rsidR="002E6D5A" w:rsidRPr="00BF1519" w:rsidRDefault="002E6D5A" w:rsidP="002E6D5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11</w:t>
            </w:r>
          </w:p>
        </w:tc>
        <w:tc>
          <w:tcPr>
            <w:tcW w:w="1773" w:type="pct"/>
          </w:tcPr>
          <w:p w14:paraId="35DEC0F6" w14:textId="024B3A52" w:rsidR="002E6D5A" w:rsidRPr="00BF1519" w:rsidRDefault="002E6D5A" w:rsidP="00735B50">
            <w:pPr>
              <w:spacing w:line="276" w:lineRule="auto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Any other information</w:t>
            </w:r>
          </w:p>
        </w:tc>
        <w:tc>
          <w:tcPr>
            <w:tcW w:w="2604" w:type="pct"/>
          </w:tcPr>
          <w:p w14:paraId="3D9D5C4F" w14:textId="77777777" w:rsidR="002E6D5A" w:rsidRPr="00BF1519" w:rsidRDefault="002E6D5A" w:rsidP="002E6D5A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6DD4771B" w14:textId="77777777" w:rsidR="00BF1519" w:rsidRPr="00BF1519" w:rsidRDefault="00BF1519" w:rsidP="00BF1519">
      <w:pPr>
        <w:rPr>
          <w:sz w:val="10"/>
          <w:szCs w:val="10"/>
        </w:rPr>
      </w:pPr>
    </w:p>
    <w:p w14:paraId="1C231923" w14:textId="77777777" w:rsidR="0062762B" w:rsidRPr="00BF1519" w:rsidRDefault="0062762B" w:rsidP="00BF1519">
      <w:pPr>
        <w:pStyle w:val="Heading1"/>
        <w:spacing w:before="0" w:after="240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C. Declaration</w:t>
      </w:r>
    </w:p>
    <w:p w14:paraId="09880ECB" w14:textId="77777777" w:rsidR="0062762B" w:rsidRPr="00BF1519" w:rsidRDefault="0062762B" w:rsidP="00BF1519">
      <w:pPr>
        <w:spacing w:after="0" w:line="360" w:lineRule="auto"/>
        <w:jc w:val="both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I hereby declare that the information provided above is true to the best of my knowledge. I confirm that I have not claimed this benefit elsewhere in violation of Monark University policy.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3150"/>
        <w:gridCol w:w="2155"/>
      </w:tblGrid>
      <w:tr w:rsidR="00BF1519" w14:paraId="27A30697" w14:textId="77777777" w:rsidTr="00BF1519">
        <w:tc>
          <w:tcPr>
            <w:tcW w:w="3325" w:type="dxa"/>
            <w:shd w:val="clear" w:color="auto" w:fill="D9D9D9" w:themeFill="background1" w:themeFillShade="D9"/>
            <w:vAlign w:val="center"/>
          </w:tcPr>
          <w:p w14:paraId="4A89B37E" w14:textId="7A3DFA6A" w:rsidR="00BF1519" w:rsidRPr="00BF1519" w:rsidRDefault="00BF1519" w:rsidP="00BF1519">
            <w:pPr>
              <w:spacing w:line="36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F1519">
              <w:rPr>
                <w:rFonts w:cs="Times New Roman"/>
                <w:b/>
                <w:bCs/>
                <w:sz w:val="24"/>
                <w:szCs w:val="24"/>
              </w:rPr>
              <w:t>Designation</w:t>
            </w:r>
          </w:p>
        </w:tc>
        <w:tc>
          <w:tcPr>
            <w:tcW w:w="3150" w:type="dxa"/>
            <w:shd w:val="clear" w:color="auto" w:fill="D9D9D9" w:themeFill="background1" w:themeFillShade="D9"/>
            <w:vAlign w:val="center"/>
          </w:tcPr>
          <w:p w14:paraId="1FB7D0B4" w14:textId="19D6330D" w:rsidR="00BF1519" w:rsidRPr="00BF1519" w:rsidRDefault="00BF1519" w:rsidP="00BF1519">
            <w:pPr>
              <w:spacing w:line="36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F1519">
              <w:rPr>
                <w:rFonts w:cs="Times New Roman"/>
                <w:b/>
                <w:bCs/>
                <w:sz w:val="24"/>
                <w:szCs w:val="24"/>
              </w:rPr>
              <w:t>Signature</w:t>
            </w:r>
          </w:p>
        </w:tc>
        <w:tc>
          <w:tcPr>
            <w:tcW w:w="2155" w:type="dxa"/>
            <w:shd w:val="clear" w:color="auto" w:fill="D9D9D9" w:themeFill="background1" w:themeFillShade="D9"/>
            <w:vAlign w:val="center"/>
          </w:tcPr>
          <w:p w14:paraId="69CE3A64" w14:textId="7D247F5D" w:rsidR="00BF1519" w:rsidRPr="00BF1519" w:rsidRDefault="00BF1519" w:rsidP="00BF1519">
            <w:pPr>
              <w:spacing w:line="36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F1519">
              <w:rPr>
                <w:rFonts w:cs="Times New Roman"/>
                <w:b/>
                <w:bCs/>
                <w:sz w:val="24"/>
                <w:szCs w:val="24"/>
              </w:rPr>
              <w:t>Date</w:t>
            </w:r>
          </w:p>
        </w:tc>
      </w:tr>
      <w:tr w:rsidR="00BF1519" w14:paraId="2DB2B69E" w14:textId="77777777" w:rsidTr="00BF1519">
        <w:tc>
          <w:tcPr>
            <w:tcW w:w="3325" w:type="dxa"/>
            <w:vAlign w:val="center"/>
          </w:tcPr>
          <w:p w14:paraId="344096CA" w14:textId="5BF19E3D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Applicant</w:t>
            </w:r>
          </w:p>
        </w:tc>
        <w:tc>
          <w:tcPr>
            <w:tcW w:w="3150" w:type="dxa"/>
            <w:vAlign w:val="center"/>
          </w:tcPr>
          <w:p w14:paraId="2CE5853F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7C358EC3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F1519" w14:paraId="61F6D1A9" w14:textId="77777777" w:rsidTr="00BF1519">
        <w:tc>
          <w:tcPr>
            <w:tcW w:w="3325" w:type="dxa"/>
            <w:vAlign w:val="center"/>
          </w:tcPr>
          <w:p w14:paraId="3C1494E7" w14:textId="41C25C78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Head of the Department</w:t>
            </w:r>
          </w:p>
        </w:tc>
        <w:tc>
          <w:tcPr>
            <w:tcW w:w="3150" w:type="dxa"/>
            <w:vAlign w:val="center"/>
          </w:tcPr>
          <w:p w14:paraId="7CA14306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5195269A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F1519" w14:paraId="017818B1" w14:textId="77777777" w:rsidTr="00BF1519">
        <w:tc>
          <w:tcPr>
            <w:tcW w:w="3325" w:type="dxa"/>
            <w:vAlign w:val="center"/>
          </w:tcPr>
          <w:p w14:paraId="2D25564F" w14:textId="34B2F186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Dean of the concerned Faculty</w:t>
            </w:r>
          </w:p>
        </w:tc>
        <w:tc>
          <w:tcPr>
            <w:tcW w:w="3150" w:type="dxa"/>
            <w:vAlign w:val="center"/>
          </w:tcPr>
          <w:p w14:paraId="0C6CE134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48084CD3" w14:textId="77777777" w:rsidR="00BF1519" w:rsidRDefault="00BF1519" w:rsidP="00BF1519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14:paraId="29702CEF" w14:textId="77777777" w:rsidR="00554282" w:rsidRPr="00BF1519" w:rsidRDefault="00554282" w:rsidP="00554282">
      <w:pPr>
        <w:spacing w:after="0" w:line="360" w:lineRule="auto"/>
        <w:rPr>
          <w:rFonts w:cs="Times New Roman"/>
          <w:sz w:val="24"/>
          <w:szCs w:val="24"/>
        </w:rPr>
      </w:pPr>
    </w:p>
    <w:p w14:paraId="71A55C17" w14:textId="2DF21442" w:rsidR="0062762B" w:rsidRPr="00BF1519" w:rsidRDefault="001A0EA8" w:rsidP="00BF1519">
      <w:pPr>
        <w:pStyle w:val="Heading1"/>
        <w:spacing w:before="0" w:line="48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D</w:t>
      </w:r>
      <w:r w:rsidR="0062762B" w:rsidRPr="00BF1519">
        <w:rPr>
          <w:rFonts w:asciiTheme="minorHAnsi" w:hAnsiTheme="minorHAnsi" w:cs="Times New Roman"/>
          <w:color w:val="auto"/>
          <w:sz w:val="24"/>
          <w:szCs w:val="24"/>
        </w:rPr>
        <w:t>. Office Use (MRDC)</w:t>
      </w:r>
    </w:p>
    <w:p w14:paraId="6FCAC8C0" w14:textId="03BD069E" w:rsidR="0062762B" w:rsidRPr="00BF1519" w:rsidRDefault="00BF1519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⧠</w:t>
      </w:r>
      <w:r w:rsidR="0062762B" w:rsidRPr="00BF1519">
        <w:rPr>
          <w:rFonts w:cs="Times New Roman"/>
          <w:sz w:val="24"/>
          <w:szCs w:val="24"/>
        </w:rPr>
        <w:t xml:space="preserve"> Approved    </w:t>
      </w:r>
      <w:r w:rsidRPr="00BF1519">
        <w:rPr>
          <w:rFonts w:cs="Times New Roman"/>
          <w:sz w:val="24"/>
          <w:szCs w:val="24"/>
        </w:rPr>
        <w:t>⧠</w:t>
      </w:r>
      <w:r w:rsidR="0062762B" w:rsidRPr="00BF1519">
        <w:rPr>
          <w:rFonts w:cs="Times New Roman"/>
          <w:sz w:val="24"/>
          <w:szCs w:val="24"/>
        </w:rPr>
        <w:t xml:space="preserve"> Not Approved</w:t>
      </w:r>
    </w:p>
    <w:p w14:paraId="51846B41" w14:textId="77777777" w:rsidR="0062762B" w:rsidRPr="00BF1519" w:rsidRDefault="0062762B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Approved Amount: ₹ ______________________</w:t>
      </w:r>
    </w:p>
    <w:p w14:paraId="6013800B" w14:textId="10A1316E" w:rsidR="0062762B" w:rsidRPr="00BF1519" w:rsidRDefault="0062762B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Remarks (if any): ________________________________________________________________</w:t>
      </w:r>
    </w:p>
    <w:p w14:paraId="67240142" w14:textId="77777777" w:rsidR="0062762B" w:rsidRPr="00BF1519" w:rsidRDefault="0062762B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Signature (Director, MRDC): __________________   Date: ______________________</w:t>
      </w:r>
    </w:p>
    <w:p w14:paraId="74B8B651" w14:textId="176A95AC" w:rsidR="00723D7A" w:rsidRDefault="00BF1519" w:rsidP="00BF1519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>
        <w:rPr>
          <w:rFonts w:asciiTheme="minorHAnsi" w:hAnsiTheme="minorHAnsi" w:cs="Times New Roman"/>
          <w:color w:val="auto"/>
          <w:sz w:val="24"/>
          <w:szCs w:val="24"/>
        </w:rPr>
        <w:t xml:space="preserve">E. </w:t>
      </w:r>
      <w:r w:rsidR="00723D7A" w:rsidRPr="00BF1519">
        <w:rPr>
          <w:rFonts w:asciiTheme="minorHAnsi" w:hAnsiTheme="minorHAnsi" w:cs="Times New Roman"/>
          <w:color w:val="auto"/>
          <w:sz w:val="24"/>
          <w:szCs w:val="24"/>
        </w:rPr>
        <w:t>Required List of Attachments</w:t>
      </w:r>
    </w:p>
    <w:p w14:paraId="6EFCB615" w14:textId="53AD9271" w:rsidR="00224ECE" w:rsidRPr="009A0CF0" w:rsidRDefault="00224ECE" w:rsidP="009A0CF0">
      <w:pPr>
        <w:spacing w:after="0" w:line="360" w:lineRule="auto"/>
        <w:jc w:val="both"/>
        <w:rPr>
          <w:rFonts w:cs="Times New Roman"/>
          <w:sz w:val="24"/>
          <w:szCs w:val="24"/>
        </w:rPr>
      </w:pPr>
      <w:bookmarkStart w:id="0" w:name="_Hlk202863665"/>
      <w:r w:rsidRPr="009A0CF0">
        <w:rPr>
          <w:rFonts w:cs="Times New Roman"/>
          <w:sz w:val="24"/>
          <w:szCs w:val="24"/>
        </w:rPr>
        <w:t>The following documents must be attached with the claim form. Incomplete submissions will not be processed.</w:t>
      </w:r>
    </w:p>
    <w:bookmarkEnd w:id="0"/>
    <w:p w14:paraId="0CFC2117" w14:textId="77777777" w:rsidR="00224ECE" w:rsidRPr="00224ECE" w:rsidRDefault="00224ECE" w:rsidP="00224ECE">
      <w:pPr>
        <w:pStyle w:val="ListParagraph"/>
        <w:numPr>
          <w:ilvl w:val="0"/>
          <w:numId w:val="16"/>
        </w:numPr>
        <w:spacing w:after="0"/>
        <w:jc w:val="both"/>
        <w:rPr>
          <w:rFonts w:cs="Times New Roman"/>
          <w:sz w:val="24"/>
          <w:szCs w:val="24"/>
        </w:rPr>
      </w:pPr>
      <w:r w:rsidRPr="00224ECE">
        <w:rPr>
          <w:rFonts w:cs="Times New Roman"/>
          <w:sz w:val="24"/>
          <w:szCs w:val="24"/>
        </w:rPr>
        <w:t>Copy of the approval letter from the Director, MRDC (prior approval is mandatory)</w:t>
      </w:r>
    </w:p>
    <w:p w14:paraId="3F8E18F1" w14:textId="77777777" w:rsidR="00224ECE" w:rsidRPr="00224ECE" w:rsidRDefault="00224ECE" w:rsidP="00224ECE">
      <w:pPr>
        <w:pStyle w:val="ListParagraph"/>
        <w:numPr>
          <w:ilvl w:val="0"/>
          <w:numId w:val="16"/>
        </w:numPr>
        <w:spacing w:after="0"/>
        <w:jc w:val="both"/>
        <w:rPr>
          <w:rFonts w:cs="Times New Roman"/>
          <w:sz w:val="24"/>
          <w:szCs w:val="24"/>
        </w:rPr>
      </w:pPr>
      <w:r w:rsidRPr="00224ECE">
        <w:rPr>
          <w:rFonts w:cs="Times New Roman"/>
          <w:sz w:val="24"/>
          <w:szCs w:val="24"/>
        </w:rPr>
        <w:t>Event registration receipt or confirmation</w:t>
      </w:r>
    </w:p>
    <w:p w14:paraId="495FA81F" w14:textId="18014CC5" w:rsidR="00224ECE" w:rsidRPr="00224ECE" w:rsidRDefault="000F10ED" w:rsidP="00224ECE">
      <w:pPr>
        <w:pStyle w:val="ListParagraph"/>
        <w:numPr>
          <w:ilvl w:val="0"/>
          <w:numId w:val="16"/>
        </w:num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Evidence</w:t>
      </w:r>
      <w:r w:rsidR="00224ECE" w:rsidRPr="00224ECE">
        <w:rPr>
          <w:rFonts w:cs="Times New Roman"/>
          <w:sz w:val="24"/>
          <w:szCs w:val="24"/>
        </w:rPr>
        <w:t xml:space="preserve"> of presentation – Certificate of presentation or acceptance letter from the organizing body</w:t>
      </w:r>
    </w:p>
    <w:p w14:paraId="75C18D8B" w14:textId="77777777" w:rsidR="00224ECE" w:rsidRPr="00224ECE" w:rsidRDefault="00224ECE" w:rsidP="00224ECE">
      <w:pPr>
        <w:pStyle w:val="ListParagraph"/>
        <w:numPr>
          <w:ilvl w:val="0"/>
          <w:numId w:val="16"/>
        </w:numPr>
        <w:spacing w:after="0"/>
        <w:jc w:val="both"/>
        <w:rPr>
          <w:rFonts w:cs="Times New Roman"/>
          <w:sz w:val="24"/>
          <w:szCs w:val="24"/>
        </w:rPr>
      </w:pPr>
      <w:r w:rsidRPr="00224ECE">
        <w:rPr>
          <w:rFonts w:cs="Times New Roman"/>
          <w:sz w:val="24"/>
          <w:szCs w:val="24"/>
        </w:rPr>
        <w:t>Travel tickets, boarding passes, and/or original invoices for the amount claimed</w:t>
      </w:r>
    </w:p>
    <w:p w14:paraId="059364E4" w14:textId="77777777" w:rsidR="00224ECE" w:rsidRPr="00224ECE" w:rsidRDefault="00224ECE" w:rsidP="00224ECE">
      <w:pPr>
        <w:pStyle w:val="ListParagraph"/>
        <w:numPr>
          <w:ilvl w:val="0"/>
          <w:numId w:val="16"/>
        </w:numPr>
        <w:spacing w:after="0"/>
        <w:jc w:val="both"/>
        <w:rPr>
          <w:rFonts w:cs="Times New Roman"/>
          <w:sz w:val="24"/>
          <w:szCs w:val="24"/>
        </w:rPr>
      </w:pPr>
      <w:r w:rsidRPr="00224ECE">
        <w:rPr>
          <w:rFonts w:cs="Times New Roman"/>
          <w:sz w:val="24"/>
          <w:szCs w:val="24"/>
        </w:rPr>
        <w:t>Copy of official invitation (mandatory for keynote addresses or invited talks)</w:t>
      </w:r>
    </w:p>
    <w:p w14:paraId="79DB4B5A" w14:textId="2A2A2F1F" w:rsidR="003C67DB" w:rsidRPr="00B530BC" w:rsidRDefault="000F10ED" w:rsidP="004C3730">
      <w:pPr>
        <w:pStyle w:val="ListParagraph"/>
        <w:numPr>
          <w:ilvl w:val="0"/>
          <w:numId w:val="16"/>
        </w:numPr>
        <w:spacing w:after="0"/>
        <w:jc w:val="both"/>
        <w:rPr>
          <w:rFonts w:cs="Times New Roman"/>
          <w:sz w:val="24"/>
          <w:szCs w:val="24"/>
        </w:rPr>
      </w:pPr>
      <w:r w:rsidRPr="00B530BC">
        <w:rPr>
          <w:rFonts w:cs="Times New Roman"/>
          <w:sz w:val="24"/>
          <w:szCs w:val="24"/>
        </w:rPr>
        <w:t>Evidence</w:t>
      </w:r>
      <w:r w:rsidR="00F271AF" w:rsidRPr="00B530BC">
        <w:rPr>
          <w:rFonts w:cs="Times New Roman"/>
          <w:sz w:val="24"/>
          <w:szCs w:val="24"/>
        </w:rPr>
        <w:t xml:space="preserve"> </w:t>
      </w:r>
      <w:r w:rsidR="00224ECE" w:rsidRPr="00B530BC">
        <w:rPr>
          <w:rFonts w:cs="Times New Roman"/>
          <w:sz w:val="24"/>
          <w:szCs w:val="24"/>
        </w:rPr>
        <w:t>of transaction/payment – e.g., bank statement, online payment receipt, or credit card slip for registration/travel</w:t>
      </w:r>
    </w:p>
    <w:sectPr w:rsidR="003C67DB" w:rsidRPr="00B530BC" w:rsidSect="00293DC8">
      <w:pgSz w:w="12240" w:h="15840"/>
      <w:pgMar w:top="630" w:right="1800" w:bottom="36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4F1085"/>
    <w:multiLevelType w:val="hybridMultilevel"/>
    <w:tmpl w:val="ED32375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5944AD"/>
    <w:multiLevelType w:val="hybridMultilevel"/>
    <w:tmpl w:val="429E01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29D8C6AA">
      <w:numFmt w:val="bullet"/>
      <w:lvlText w:val="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B82C5D"/>
    <w:multiLevelType w:val="hybridMultilevel"/>
    <w:tmpl w:val="94841B6A"/>
    <w:lvl w:ilvl="0" w:tplc="43381414">
      <w:start w:val="1"/>
      <w:numFmt w:val="bullet"/>
      <w:lvlText w:val="-"/>
      <w:lvlJc w:val="left"/>
      <w:pPr>
        <w:ind w:left="540" w:hanging="360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2" w15:restartNumberingAfterBreak="0">
    <w:nsid w:val="168E014F"/>
    <w:multiLevelType w:val="hybridMultilevel"/>
    <w:tmpl w:val="E7B23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F640C3"/>
    <w:multiLevelType w:val="hybridMultilevel"/>
    <w:tmpl w:val="55F05A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1C1233"/>
    <w:multiLevelType w:val="hybridMultilevel"/>
    <w:tmpl w:val="E57E8F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2E4AE4"/>
    <w:multiLevelType w:val="hybridMultilevel"/>
    <w:tmpl w:val="96967AF0"/>
    <w:lvl w:ilvl="0" w:tplc="4338141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1499541291">
    <w:abstractNumId w:val="8"/>
  </w:num>
  <w:num w:numId="2" w16cid:durableId="1168248155">
    <w:abstractNumId w:val="6"/>
  </w:num>
  <w:num w:numId="3" w16cid:durableId="1724673521">
    <w:abstractNumId w:val="5"/>
  </w:num>
  <w:num w:numId="4" w16cid:durableId="1745446987">
    <w:abstractNumId w:val="4"/>
  </w:num>
  <w:num w:numId="5" w16cid:durableId="1668289703">
    <w:abstractNumId w:val="7"/>
  </w:num>
  <w:num w:numId="6" w16cid:durableId="93327158">
    <w:abstractNumId w:val="3"/>
  </w:num>
  <w:num w:numId="7" w16cid:durableId="53551810">
    <w:abstractNumId w:val="2"/>
  </w:num>
  <w:num w:numId="8" w16cid:durableId="655570078">
    <w:abstractNumId w:val="1"/>
  </w:num>
  <w:num w:numId="9" w16cid:durableId="1011495844">
    <w:abstractNumId w:val="0"/>
  </w:num>
  <w:num w:numId="10" w16cid:durableId="1299452651">
    <w:abstractNumId w:val="10"/>
  </w:num>
  <w:num w:numId="11" w16cid:durableId="1653678905">
    <w:abstractNumId w:val="9"/>
  </w:num>
  <w:num w:numId="12" w16cid:durableId="1258908668">
    <w:abstractNumId w:val="14"/>
  </w:num>
  <w:num w:numId="13" w16cid:durableId="264774807">
    <w:abstractNumId w:val="11"/>
  </w:num>
  <w:num w:numId="14" w16cid:durableId="1341813229">
    <w:abstractNumId w:val="15"/>
  </w:num>
  <w:num w:numId="15" w16cid:durableId="1572618919">
    <w:abstractNumId w:val="12"/>
  </w:num>
  <w:num w:numId="16" w16cid:durableId="201950049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60CE6"/>
    <w:rsid w:val="0006741F"/>
    <w:rsid w:val="000944E1"/>
    <w:rsid w:val="000B1DA7"/>
    <w:rsid w:val="000E1D12"/>
    <w:rsid w:val="000F10ED"/>
    <w:rsid w:val="0015074B"/>
    <w:rsid w:val="00166C32"/>
    <w:rsid w:val="001733F3"/>
    <w:rsid w:val="001A0EA8"/>
    <w:rsid w:val="001E3260"/>
    <w:rsid w:val="00216C60"/>
    <w:rsid w:val="00224ECE"/>
    <w:rsid w:val="00241954"/>
    <w:rsid w:val="00293DC8"/>
    <w:rsid w:val="0029639D"/>
    <w:rsid w:val="002B2CD3"/>
    <w:rsid w:val="002E4160"/>
    <w:rsid w:val="002E6D5A"/>
    <w:rsid w:val="002F1966"/>
    <w:rsid w:val="003041FB"/>
    <w:rsid w:val="00317E7C"/>
    <w:rsid w:val="00326F90"/>
    <w:rsid w:val="00341284"/>
    <w:rsid w:val="00345EFE"/>
    <w:rsid w:val="00352FA7"/>
    <w:rsid w:val="0035497F"/>
    <w:rsid w:val="003774BC"/>
    <w:rsid w:val="003826FC"/>
    <w:rsid w:val="003A08CA"/>
    <w:rsid w:val="003B5C9E"/>
    <w:rsid w:val="003C67DB"/>
    <w:rsid w:val="003D6C1D"/>
    <w:rsid w:val="00467093"/>
    <w:rsid w:val="00486F23"/>
    <w:rsid w:val="004B1C23"/>
    <w:rsid w:val="004C40EC"/>
    <w:rsid w:val="00513745"/>
    <w:rsid w:val="0052517C"/>
    <w:rsid w:val="005271CD"/>
    <w:rsid w:val="00534294"/>
    <w:rsid w:val="00554282"/>
    <w:rsid w:val="00575714"/>
    <w:rsid w:val="00596341"/>
    <w:rsid w:val="005964EE"/>
    <w:rsid w:val="0062762B"/>
    <w:rsid w:val="00631A3D"/>
    <w:rsid w:val="00675878"/>
    <w:rsid w:val="00723D7A"/>
    <w:rsid w:val="00732578"/>
    <w:rsid w:val="00735B50"/>
    <w:rsid w:val="00742E38"/>
    <w:rsid w:val="0075300E"/>
    <w:rsid w:val="007A52F8"/>
    <w:rsid w:val="007A75C7"/>
    <w:rsid w:val="007E5BC7"/>
    <w:rsid w:val="00803A03"/>
    <w:rsid w:val="00824286"/>
    <w:rsid w:val="00876BC9"/>
    <w:rsid w:val="009A0CF0"/>
    <w:rsid w:val="009E3650"/>
    <w:rsid w:val="00A52B97"/>
    <w:rsid w:val="00A868F6"/>
    <w:rsid w:val="00AA1D8D"/>
    <w:rsid w:val="00AA25D8"/>
    <w:rsid w:val="00B142A1"/>
    <w:rsid w:val="00B401B2"/>
    <w:rsid w:val="00B47730"/>
    <w:rsid w:val="00B530BC"/>
    <w:rsid w:val="00B56F8F"/>
    <w:rsid w:val="00B711F2"/>
    <w:rsid w:val="00B76E90"/>
    <w:rsid w:val="00BA4D17"/>
    <w:rsid w:val="00BF1519"/>
    <w:rsid w:val="00C36128"/>
    <w:rsid w:val="00C467A2"/>
    <w:rsid w:val="00C644C2"/>
    <w:rsid w:val="00C80DA4"/>
    <w:rsid w:val="00C92C28"/>
    <w:rsid w:val="00CB0664"/>
    <w:rsid w:val="00CD090D"/>
    <w:rsid w:val="00D01490"/>
    <w:rsid w:val="00D428CE"/>
    <w:rsid w:val="00D442FD"/>
    <w:rsid w:val="00D47ACA"/>
    <w:rsid w:val="00D57A01"/>
    <w:rsid w:val="00D94D55"/>
    <w:rsid w:val="00D9720E"/>
    <w:rsid w:val="00E35687"/>
    <w:rsid w:val="00EA37D8"/>
    <w:rsid w:val="00EA3A3C"/>
    <w:rsid w:val="00EB4C2E"/>
    <w:rsid w:val="00EB4E75"/>
    <w:rsid w:val="00EC32BE"/>
    <w:rsid w:val="00F23CF5"/>
    <w:rsid w:val="00F271AF"/>
    <w:rsid w:val="00F94187"/>
    <w:rsid w:val="00FA3CEC"/>
    <w:rsid w:val="00FC693F"/>
    <w:rsid w:val="00FD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DEBD2C"/>
  <w14:defaultImageDpi w14:val="300"/>
  <w15:docId w15:val="{09A8CC38-2AC7-4848-A63A-A91E92F18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519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4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4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Tanmay Pandit</cp:lastModifiedBy>
  <cp:revision>26</cp:revision>
  <dcterms:created xsi:type="dcterms:W3CDTF">2025-07-07T16:26:00Z</dcterms:created>
  <dcterms:modified xsi:type="dcterms:W3CDTF">2025-07-10T04:26:00Z</dcterms:modified>
  <cp:category/>
</cp:coreProperties>
</file>