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77777777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1DE22F4F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</w:t>
      </w:r>
      <w:r w:rsidR="001C1D7E">
        <w:rPr>
          <w:rFonts w:asciiTheme="minorHAnsi" w:hAnsiTheme="minorHAnsi" w:cs="Times New Roman"/>
          <w:b/>
          <w:bCs/>
          <w:color w:val="auto"/>
          <w:sz w:val="32"/>
          <w:szCs w:val="32"/>
        </w:rPr>
        <w:t>C</w:t>
      </w: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B53B64" w:rsidRPr="00B53B64">
        <w:rPr>
          <w:rFonts w:asciiTheme="minorHAnsi" w:hAnsiTheme="minorHAnsi" w:cs="Times New Roman"/>
          <w:b/>
          <w:bCs/>
          <w:color w:val="auto"/>
          <w:sz w:val="32"/>
          <w:szCs w:val="32"/>
        </w:rPr>
        <w:t>Patent Filing and Grant Incentive Claim Form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68D3F002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A. Applicant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2610"/>
        <w:gridCol w:w="4945"/>
      </w:tblGrid>
      <w:tr w:rsidR="00554282" w:rsidRPr="00BF1519" w14:paraId="6D539A08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12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BF151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865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BF1519">
        <w:tc>
          <w:tcPr>
            <w:tcW w:w="623" w:type="pct"/>
          </w:tcPr>
          <w:p w14:paraId="3B490CD5" w14:textId="47CEA489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14:paraId="7C7E1ED1" w14:textId="7D7E53C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rFonts w:cs="Times New Roman"/>
                <w:sz w:val="24"/>
                <w:szCs w:val="24"/>
              </w:rPr>
              <w:t>Name of the Applicant</w:t>
            </w:r>
          </w:p>
        </w:tc>
        <w:tc>
          <w:tcPr>
            <w:tcW w:w="2865" w:type="pct"/>
          </w:tcPr>
          <w:p w14:paraId="0D71372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BF1519">
        <w:tc>
          <w:tcPr>
            <w:tcW w:w="623" w:type="pct"/>
          </w:tcPr>
          <w:p w14:paraId="663B5AF2" w14:textId="510BBA6B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14:paraId="0E1CDD65" w14:textId="04515485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Designation</w:t>
            </w:r>
          </w:p>
        </w:tc>
        <w:tc>
          <w:tcPr>
            <w:tcW w:w="2865" w:type="pct"/>
          </w:tcPr>
          <w:p w14:paraId="0466194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175BE35" w14:textId="77777777" w:rsidTr="00BF1519">
        <w:tc>
          <w:tcPr>
            <w:tcW w:w="623" w:type="pct"/>
          </w:tcPr>
          <w:p w14:paraId="3F601746" w14:textId="3F2430F5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14:paraId="6469AF6B" w14:textId="6BD60A2A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Department</w:t>
            </w:r>
          </w:p>
        </w:tc>
        <w:tc>
          <w:tcPr>
            <w:tcW w:w="2865" w:type="pct"/>
          </w:tcPr>
          <w:p w14:paraId="457B97A7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FC1FB1E" w14:textId="77777777" w:rsidTr="00BF1519">
        <w:tc>
          <w:tcPr>
            <w:tcW w:w="623" w:type="pct"/>
          </w:tcPr>
          <w:p w14:paraId="0D0EB73F" w14:textId="0D50EBE4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14:paraId="0898A403" w14:textId="3ABA8A0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Institute</w:t>
            </w:r>
          </w:p>
        </w:tc>
        <w:tc>
          <w:tcPr>
            <w:tcW w:w="2865" w:type="pct"/>
          </w:tcPr>
          <w:p w14:paraId="62D8BC7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A8DB1E8" w14:textId="77777777" w:rsidTr="00BF1519">
        <w:tc>
          <w:tcPr>
            <w:tcW w:w="623" w:type="pct"/>
          </w:tcPr>
          <w:p w14:paraId="3FCB6CFD" w14:textId="214D6843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14:paraId="7A20FD80" w14:textId="539F6E8E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Faculty</w:t>
            </w:r>
          </w:p>
        </w:tc>
        <w:tc>
          <w:tcPr>
            <w:tcW w:w="2865" w:type="pct"/>
          </w:tcPr>
          <w:p w14:paraId="5EA9FE4D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0AADA62B" w14:textId="77777777" w:rsidTr="00BF1519">
        <w:tc>
          <w:tcPr>
            <w:tcW w:w="623" w:type="pct"/>
          </w:tcPr>
          <w:p w14:paraId="5A96A0F8" w14:textId="42CC634A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512" w:type="pct"/>
          </w:tcPr>
          <w:p w14:paraId="5FAA3A1C" w14:textId="40DDB9E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Email</w:t>
            </w:r>
          </w:p>
        </w:tc>
        <w:tc>
          <w:tcPr>
            <w:tcW w:w="2865" w:type="pct"/>
          </w:tcPr>
          <w:p w14:paraId="2084333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2679044" w14:textId="77777777" w:rsidTr="00BF1519">
        <w:tc>
          <w:tcPr>
            <w:tcW w:w="623" w:type="pct"/>
          </w:tcPr>
          <w:p w14:paraId="77F2D791" w14:textId="7A164D0D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512" w:type="pct"/>
          </w:tcPr>
          <w:p w14:paraId="3A44DECC" w14:textId="3F39C5D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Mobile No.</w:t>
            </w:r>
          </w:p>
        </w:tc>
        <w:tc>
          <w:tcPr>
            <w:tcW w:w="2865" w:type="pct"/>
          </w:tcPr>
          <w:p w14:paraId="7F23FB2B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16642874" w14:textId="77777777" w:rsidTr="00BF1519">
        <w:tc>
          <w:tcPr>
            <w:tcW w:w="623" w:type="pct"/>
          </w:tcPr>
          <w:p w14:paraId="0D695FDB" w14:textId="1B709946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512" w:type="pct"/>
          </w:tcPr>
          <w:p w14:paraId="1E8F18D2" w14:textId="46149D5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Bank Details</w:t>
            </w:r>
          </w:p>
        </w:tc>
        <w:tc>
          <w:tcPr>
            <w:tcW w:w="2865" w:type="pct"/>
          </w:tcPr>
          <w:p w14:paraId="7C904614" w14:textId="1102F498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Bank: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6914E6C4" w14:textId="396E199A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Branch: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1568B9F7" w14:textId="4FD8ED21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IFSC: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72B7F5F8" w14:textId="42028ED9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Account Number: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59F06CEC" w:rsidR="003C67DB" w:rsidRPr="00BF1519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BA4D17">
        <w:rPr>
          <w:rFonts w:asciiTheme="minorHAnsi" w:hAnsiTheme="minorHAnsi" w:cs="Times New Roman"/>
          <w:color w:val="auto"/>
          <w:sz w:val="24"/>
          <w:szCs w:val="24"/>
        </w:rPr>
        <w:t>Event Details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3060"/>
        <w:gridCol w:w="4495"/>
      </w:tblGrid>
      <w:tr w:rsidR="00BF1519" w:rsidRPr="00BF1519" w14:paraId="32D7C8F0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5163222A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773" w:type="pct"/>
            <w:shd w:val="clear" w:color="auto" w:fill="D9D9D9" w:themeFill="background1" w:themeFillShade="D9"/>
          </w:tcPr>
          <w:p w14:paraId="63229619" w14:textId="77777777" w:rsidR="00BF1519" w:rsidRPr="00BF1519" w:rsidRDefault="00BF1519" w:rsidP="004F060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604" w:type="pct"/>
            <w:shd w:val="clear" w:color="auto" w:fill="D9D9D9" w:themeFill="background1" w:themeFillShade="D9"/>
          </w:tcPr>
          <w:p w14:paraId="40E52C0D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BF1519" w:rsidRPr="00BF1519" w14:paraId="6F55311A" w14:textId="77777777" w:rsidTr="00BF1519">
        <w:tc>
          <w:tcPr>
            <w:tcW w:w="623" w:type="pct"/>
          </w:tcPr>
          <w:p w14:paraId="1B446D5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773" w:type="pct"/>
          </w:tcPr>
          <w:p w14:paraId="2B236764" w14:textId="4AEA5D64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Title of the Patent</w:t>
            </w:r>
          </w:p>
        </w:tc>
        <w:tc>
          <w:tcPr>
            <w:tcW w:w="2604" w:type="pct"/>
          </w:tcPr>
          <w:p w14:paraId="0842376E" w14:textId="34A2D1A3" w:rsidR="00BF1519" w:rsidRPr="00BF1519" w:rsidRDefault="00BF1519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B204DDF" w14:textId="77777777" w:rsidTr="00BF1519">
        <w:tc>
          <w:tcPr>
            <w:tcW w:w="623" w:type="pct"/>
          </w:tcPr>
          <w:p w14:paraId="3249B0DA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773" w:type="pct"/>
          </w:tcPr>
          <w:p w14:paraId="50125F28" w14:textId="1404CA94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Application Number</w:t>
            </w:r>
          </w:p>
        </w:tc>
        <w:tc>
          <w:tcPr>
            <w:tcW w:w="2604" w:type="pct"/>
          </w:tcPr>
          <w:p w14:paraId="6BD951B4" w14:textId="16DC4E55" w:rsidR="00BF1519" w:rsidRPr="00BF1519" w:rsidRDefault="00BF1519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1605E93B" w14:textId="77777777" w:rsidTr="00BF1519">
        <w:tc>
          <w:tcPr>
            <w:tcW w:w="623" w:type="pct"/>
          </w:tcPr>
          <w:p w14:paraId="715811A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773" w:type="pct"/>
          </w:tcPr>
          <w:p w14:paraId="5AA9B22B" w14:textId="14F1A8EE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Date of Filing</w:t>
            </w:r>
          </w:p>
        </w:tc>
        <w:tc>
          <w:tcPr>
            <w:tcW w:w="2604" w:type="pct"/>
          </w:tcPr>
          <w:p w14:paraId="3B25038C" w14:textId="77777777" w:rsidR="00BF1519" w:rsidRPr="00BF1519" w:rsidRDefault="00BF1519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3A22FDA9" w14:textId="77777777" w:rsidTr="00BF1519">
        <w:tc>
          <w:tcPr>
            <w:tcW w:w="623" w:type="pct"/>
          </w:tcPr>
          <w:p w14:paraId="7BD127F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773" w:type="pct"/>
          </w:tcPr>
          <w:p w14:paraId="21F71D07" w14:textId="1F90387F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Date of Grant (if applicable):</w:t>
            </w:r>
          </w:p>
        </w:tc>
        <w:tc>
          <w:tcPr>
            <w:tcW w:w="2604" w:type="pct"/>
          </w:tcPr>
          <w:p w14:paraId="20215768" w14:textId="77777777" w:rsidR="00BF1519" w:rsidRPr="00BF1519" w:rsidRDefault="00BF1519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40E468AC" w14:textId="77777777" w:rsidTr="00BF1519">
        <w:tc>
          <w:tcPr>
            <w:tcW w:w="623" w:type="pct"/>
          </w:tcPr>
          <w:p w14:paraId="6B69FDCE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773" w:type="pct"/>
          </w:tcPr>
          <w:p w14:paraId="5C3AB7A1" w14:textId="613A2332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Patent Office / Country</w:t>
            </w:r>
          </w:p>
        </w:tc>
        <w:tc>
          <w:tcPr>
            <w:tcW w:w="2604" w:type="pct"/>
          </w:tcPr>
          <w:p w14:paraId="53A375A0" w14:textId="0E651D18" w:rsidR="00BF1519" w:rsidRPr="00BF1519" w:rsidRDefault="00BF1519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A8A4F66" w14:textId="77777777" w:rsidTr="00BF1519">
        <w:tc>
          <w:tcPr>
            <w:tcW w:w="623" w:type="pct"/>
          </w:tcPr>
          <w:p w14:paraId="1590576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773" w:type="pct"/>
          </w:tcPr>
          <w:p w14:paraId="5D75670D" w14:textId="45EB9F09" w:rsidR="00BF1519" w:rsidRPr="00BF1519" w:rsidRDefault="00012F3C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Status</w:t>
            </w:r>
          </w:p>
        </w:tc>
        <w:tc>
          <w:tcPr>
            <w:tcW w:w="2604" w:type="pct"/>
          </w:tcPr>
          <w:p w14:paraId="7BFF41C0" w14:textId="44CF4CC3" w:rsidR="00BF1519" w:rsidRPr="00BF1519" w:rsidRDefault="00F20F57" w:rsidP="00BE4FFD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proofErr w:type="gramStart"/>
            <w:r w:rsidR="00012F3C" w:rsidRPr="00BE4FFD">
              <w:rPr>
                <w:sz w:val="24"/>
                <w:szCs w:val="24"/>
              </w:rPr>
              <w:t>Filed</w:t>
            </w:r>
            <w:r w:rsidRPr="00C0150A">
              <w:rPr>
                <w:sz w:val="24"/>
                <w:szCs w:val="24"/>
              </w:rPr>
              <w:t xml:space="preserve">  </w:t>
            </w:r>
            <w:r w:rsidRPr="00BF1519">
              <w:rPr>
                <w:sz w:val="24"/>
                <w:szCs w:val="24"/>
              </w:rPr>
              <w:t>⧠</w:t>
            </w:r>
            <w:proofErr w:type="gramEnd"/>
            <w:r w:rsidRPr="00BF1519">
              <w:rPr>
                <w:sz w:val="24"/>
                <w:szCs w:val="24"/>
              </w:rPr>
              <w:t xml:space="preserve"> </w:t>
            </w:r>
            <w:proofErr w:type="gramStart"/>
            <w:r w:rsidR="00012F3C" w:rsidRPr="00BE4FFD">
              <w:rPr>
                <w:sz w:val="24"/>
                <w:szCs w:val="24"/>
              </w:rPr>
              <w:t>Published</w:t>
            </w:r>
            <w:r w:rsidRPr="00C0150A">
              <w:rPr>
                <w:sz w:val="24"/>
                <w:szCs w:val="24"/>
              </w:rPr>
              <w:t xml:space="preserve">  </w:t>
            </w:r>
            <w:r w:rsidRPr="00BF1519">
              <w:rPr>
                <w:sz w:val="24"/>
                <w:szCs w:val="24"/>
              </w:rPr>
              <w:t>⧠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012F3C" w:rsidRPr="00BE4FFD">
              <w:rPr>
                <w:sz w:val="24"/>
                <w:szCs w:val="24"/>
              </w:rPr>
              <w:t>Granted</w:t>
            </w:r>
            <w:r w:rsidRPr="00C0150A">
              <w:rPr>
                <w:sz w:val="24"/>
                <w:szCs w:val="24"/>
              </w:rPr>
              <w:t xml:space="preserve">  </w:t>
            </w:r>
          </w:p>
        </w:tc>
      </w:tr>
      <w:tr w:rsidR="00BF1519" w:rsidRPr="00BF1519" w14:paraId="1B394043" w14:textId="77777777" w:rsidTr="00BF1519">
        <w:tc>
          <w:tcPr>
            <w:tcW w:w="623" w:type="pct"/>
          </w:tcPr>
          <w:p w14:paraId="1A7300F1" w14:textId="7E6318F0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773" w:type="pct"/>
          </w:tcPr>
          <w:p w14:paraId="48F7D11A" w14:textId="21BFAE35" w:rsidR="00BF1519" w:rsidRPr="00BF1519" w:rsidRDefault="00B84F64" w:rsidP="0017375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Is Monark University listed as Applicant/Co-Applicant?</w:t>
            </w:r>
          </w:p>
        </w:tc>
        <w:tc>
          <w:tcPr>
            <w:tcW w:w="2604" w:type="pct"/>
          </w:tcPr>
          <w:p w14:paraId="661DAB15" w14:textId="740732A5" w:rsidR="00BF1519" w:rsidRPr="00BF1519" w:rsidRDefault="00B84F64" w:rsidP="00BE4FFD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proofErr w:type="gramStart"/>
            <w:r>
              <w:rPr>
                <w:sz w:val="24"/>
                <w:szCs w:val="24"/>
              </w:rPr>
              <w:t>Yes</w:t>
            </w:r>
            <w:r w:rsidRPr="00C0150A">
              <w:rPr>
                <w:sz w:val="24"/>
                <w:szCs w:val="24"/>
              </w:rPr>
              <w:t xml:space="preserve">  </w:t>
            </w:r>
            <w:r w:rsidRPr="00BF1519">
              <w:rPr>
                <w:sz w:val="24"/>
                <w:szCs w:val="24"/>
              </w:rPr>
              <w:t>⧠</w:t>
            </w:r>
            <w:proofErr w:type="gramEnd"/>
            <w:r w:rsidRPr="00BF151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No</w:t>
            </w:r>
            <w:r w:rsidRPr="00C0150A">
              <w:rPr>
                <w:sz w:val="24"/>
                <w:szCs w:val="24"/>
              </w:rPr>
              <w:t xml:space="preserve"> </w:t>
            </w:r>
          </w:p>
        </w:tc>
      </w:tr>
      <w:tr w:rsidR="002E6D5A" w:rsidRPr="00BF1519" w14:paraId="664210D0" w14:textId="77777777" w:rsidTr="00922254">
        <w:trPr>
          <w:trHeight w:val="557"/>
        </w:trPr>
        <w:tc>
          <w:tcPr>
            <w:tcW w:w="623" w:type="pct"/>
          </w:tcPr>
          <w:p w14:paraId="7714BE37" w14:textId="316DF4D3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773" w:type="pct"/>
          </w:tcPr>
          <w:p w14:paraId="71D22CBA" w14:textId="596B7DE5" w:rsidR="002E6D5A" w:rsidRPr="00B76E90" w:rsidRDefault="00EB5AA5" w:rsidP="0017375E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List of Inventors (with affiliation)</w:t>
            </w:r>
          </w:p>
        </w:tc>
        <w:tc>
          <w:tcPr>
            <w:tcW w:w="2604" w:type="pct"/>
          </w:tcPr>
          <w:p w14:paraId="511B133D" w14:textId="77777777" w:rsidR="005A785A" w:rsidRDefault="005A785A" w:rsidP="00BE4FFD">
            <w:pPr>
              <w:spacing w:line="360" w:lineRule="auto"/>
              <w:rPr>
                <w:sz w:val="24"/>
                <w:szCs w:val="24"/>
              </w:rPr>
            </w:pPr>
          </w:p>
          <w:p w14:paraId="0F8B1137" w14:textId="77777777" w:rsidR="00EB5AA5" w:rsidRDefault="00EB5AA5" w:rsidP="00BE4FFD">
            <w:pPr>
              <w:spacing w:line="360" w:lineRule="auto"/>
              <w:rPr>
                <w:sz w:val="24"/>
                <w:szCs w:val="24"/>
              </w:rPr>
            </w:pPr>
          </w:p>
          <w:p w14:paraId="270AD960" w14:textId="16BDEF1E" w:rsidR="00EB5AA5" w:rsidRPr="00BF1519" w:rsidRDefault="00EB5AA5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E6D5A" w:rsidRPr="00BF1519" w14:paraId="2D1ADB25" w14:textId="77777777" w:rsidTr="00BF1519">
        <w:tc>
          <w:tcPr>
            <w:tcW w:w="623" w:type="pct"/>
          </w:tcPr>
          <w:p w14:paraId="0F8BECB5" w14:textId="18B02C11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9</w:t>
            </w:r>
          </w:p>
        </w:tc>
        <w:tc>
          <w:tcPr>
            <w:tcW w:w="1773" w:type="pct"/>
          </w:tcPr>
          <w:p w14:paraId="060499E0" w14:textId="33423E60" w:rsidR="002E6D5A" w:rsidRPr="00BF1519" w:rsidRDefault="00EB5AA5" w:rsidP="00BE4FFD">
            <w:pPr>
              <w:spacing w:line="360" w:lineRule="auto"/>
              <w:rPr>
                <w:sz w:val="24"/>
                <w:szCs w:val="24"/>
              </w:rPr>
            </w:pPr>
            <w:r w:rsidRPr="00BE4FFD">
              <w:rPr>
                <w:sz w:val="24"/>
                <w:szCs w:val="24"/>
              </w:rPr>
              <w:t>Name of Principal Inventor</w:t>
            </w:r>
          </w:p>
        </w:tc>
        <w:tc>
          <w:tcPr>
            <w:tcW w:w="2604" w:type="pct"/>
          </w:tcPr>
          <w:p w14:paraId="34DD693B" w14:textId="097445A8" w:rsidR="002E6D5A" w:rsidRPr="00BF1519" w:rsidRDefault="002E6D5A" w:rsidP="00BE4FFD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E57E3F" w:rsidRPr="00BF1519" w14:paraId="76E57B3D" w14:textId="77777777" w:rsidTr="00BF1519">
        <w:tc>
          <w:tcPr>
            <w:tcW w:w="623" w:type="pct"/>
          </w:tcPr>
          <w:p w14:paraId="5D9098AA" w14:textId="3A785C28" w:rsidR="00E57E3F" w:rsidRPr="00BF1519" w:rsidRDefault="00E57E3F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BE4FFD">
              <w:rPr>
                <w:sz w:val="24"/>
                <w:szCs w:val="24"/>
              </w:rPr>
              <w:t>0</w:t>
            </w:r>
          </w:p>
        </w:tc>
        <w:tc>
          <w:tcPr>
            <w:tcW w:w="1773" w:type="pct"/>
          </w:tcPr>
          <w:p w14:paraId="0F3D90EC" w14:textId="17768DB4" w:rsidR="00E57E3F" w:rsidRPr="00C0150A" w:rsidRDefault="00E57E3F" w:rsidP="00BE4FFD">
            <w:pPr>
              <w:spacing w:line="360" w:lineRule="auto"/>
              <w:rPr>
                <w:sz w:val="24"/>
                <w:szCs w:val="24"/>
              </w:rPr>
            </w:pPr>
            <w:r w:rsidRPr="00C0150A">
              <w:rPr>
                <w:sz w:val="24"/>
                <w:szCs w:val="24"/>
              </w:rPr>
              <w:t xml:space="preserve">Are there multiple </w:t>
            </w:r>
            <w:r w:rsidR="00964DBD">
              <w:rPr>
                <w:sz w:val="24"/>
                <w:szCs w:val="24"/>
              </w:rPr>
              <w:t>Inventor</w:t>
            </w:r>
            <w:r w:rsidRPr="00C0150A">
              <w:rPr>
                <w:sz w:val="24"/>
                <w:szCs w:val="24"/>
              </w:rPr>
              <w:t xml:space="preserve"> from Monark University? </w:t>
            </w:r>
          </w:p>
        </w:tc>
        <w:tc>
          <w:tcPr>
            <w:tcW w:w="2604" w:type="pct"/>
          </w:tcPr>
          <w:p w14:paraId="47ED5512" w14:textId="6506B576" w:rsidR="00E57E3F" w:rsidRPr="00BF1519" w:rsidRDefault="00E57E3F" w:rsidP="00BE4FFD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proofErr w:type="gramStart"/>
            <w:r w:rsidRPr="00C0150A">
              <w:rPr>
                <w:sz w:val="24"/>
                <w:szCs w:val="24"/>
              </w:rPr>
              <w:t xml:space="preserve">Yes  </w:t>
            </w:r>
            <w:r w:rsidRPr="00BF1519">
              <w:rPr>
                <w:sz w:val="24"/>
                <w:szCs w:val="24"/>
              </w:rPr>
              <w:t>⧠</w:t>
            </w:r>
            <w:proofErr w:type="gramEnd"/>
            <w:r w:rsidRPr="00BF1519">
              <w:rPr>
                <w:sz w:val="24"/>
                <w:szCs w:val="24"/>
              </w:rPr>
              <w:t xml:space="preserve"> </w:t>
            </w:r>
            <w:r w:rsidRPr="00C0150A">
              <w:rPr>
                <w:sz w:val="24"/>
                <w:szCs w:val="24"/>
              </w:rPr>
              <w:t>No</w:t>
            </w:r>
          </w:p>
        </w:tc>
      </w:tr>
    </w:tbl>
    <w:p w14:paraId="6DD4771B" w14:textId="77777777" w:rsidR="00BF1519" w:rsidRPr="00BF1519" w:rsidRDefault="00BF1519" w:rsidP="00BF1519">
      <w:pPr>
        <w:rPr>
          <w:sz w:val="10"/>
          <w:szCs w:val="10"/>
        </w:rPr>
      </w:pPr>
    </w:p>
    <w:p w14:paraId="1C231923" w14:textId="77777777" w:rsidR="0062762B" w:rsidRPr="00BF1519" w:rsidRDefault="0062762B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09880ECB" w14:textId="77777777" w:rsidR="0062762B" w:rsidRPr="00BF1519" w:rsidRDefault="0062762B" w:rsidP="00BF1519">
      <w:pPr>
        <w:spacing w:after="0" w:line="360" w:lineRule="auto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I hereby declare that the information provided above is true to the best of my knowledge. I confirm that I have not claimed this benefit elsewhere in violation of Monark University policy.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  <w:gridCol w:w="2155"/>
      </w:tblGrid>
      <w:tr w:rsidR="00BF1519" w14:paraId="27A30697" w14:textId="77777777" w:rsidTr="00BF1519"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4A89B37E" w14:textId="7A3DFA6A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14:paraId="1FB7D0B4" w14:textId="19D6330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69CE3A64" w14:textId="7D247F5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BF1519" w14:paraId="2DB2B69E" w14:textId="77777777" w:rsidTr="00BF1519">
        <w:tc>
          <w:tcPr>
            <w:tcW w:w="3325" w:type="dxa"/>
            <w:vAlign w:val="center"/>
          </w:tcPr>
          <w:p w14:paraId="344096CA" w14:textId="5BF19E3D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Applicant</w:t>
            </w:r>
          </w:p>
        </w:tc>
        <w:tc>
          <w:tcPr>
            <w:tcW w:w="3150" w:type="dxa"/>
            <w:vAlign w:val="center"/>
          </w:tcPr>
          <w:p w14:paraId="2CE5853F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7C358EC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61F6D1A9" w14:textId="77777777" w:rsidTr="00BF1519">
        <w:tc>
          <w:tcPr>
            <w:tcW w:w="3325" w:type="dxa"/>
            <w:vAlign w:val="center"/>
          </w:tcPr>
          <w:p w14:paraId="3C1494E7" w14:textId="41C25C78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Head of the Department</w:t>
            </w:r>
          </w:p>
        </w:tc>
        <w:tc>
          <w:tcPr>
            <w:tcW w:w="3150" w:type="dxa"/>
            <w:vAlign w:val="center"/>
          </w:tcPr>
          <w:p w14:paraId="7CA14306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5195269A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017818B1" w14:textId="77777777" w:rsidTr="00BF1519">
        <w:tc>
          <w:tcPr>
            <w:tcW w:w="3325" w:type="dxa"/>
            <w:vAlign w:val="center"/>
          </w:tcPr>
          <w:p w14:paraId="2D25564F" w14:textId="34B2F186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Dean of the concerned Faculty</w:t>
            </w:r>
          </w:p>
        </w:tc>
        <w:tc>
          <w:tcPr>
            <w:tcW w:w="3150" w:type="dxa"/>
            <w:vAlign w:val="center"/>
          </w:tcPr>
          <w:p w14:paraId="0C6CE134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48084CD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29702CEF" w14:textId="77777777" w:rsidR="00554282" w:rsidRPr="00BF1519" w:rsidRDefault="00554282" w:rsidP="00554282">
      <w:pPr>
        <w:spacing w:after="0" w:line="360" w:lineRule="auto"/>
        <w:rPr>
          <w:rFonts w:cs="Times New Roman"/>
          <w:sz w:val="24"/>
          <w:szCs w:val="24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51846B41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Approved Amount: ₹ ______________________</w:t>
      </w:r>
    </w:p>
    <w:p w14:paraId="6013800B" w14:textId="10A1316E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p w14:paraId="67240142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Signature (Director, MRDC): __________________   Date: ______________________</w:t>
      </w:r>
    </w:p>
    <w:p w14:paraId="74B8B651" w14:textId="176A95AC" w:rsidR="00723D7A" w:rsidRDefault="00BF1519" w:rsidP="00BF1519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>
        <w:rPr>
          <w:rFonts w:asciiTheme="minorHAnsi" w:hAnsiTheme="minorHAnsi" w:cs="Times New Roman"/>
          <w:color w:val="auto"/>
          <w:sz w:val="24"/>
          <w:szCs w:val="24"/>
        </w:rPr>
        <w:t xml:space="preserve">E. </w:t>
      </w:r>
      <w:r w:rsidR="00723D7A" w:rsidRPr="00BF1519">
        <w:rPr>
          <w:rFonts w:asciiTheme="minorHAnsi" w:hAnsiTheme="minorHAnsi" w:cs="Times New Roman"/>
          <w:color w:val="auto"/>
          <w:sz w:val="24"/>
          <w:szCs w:val="24"/>
        </w:rPr>
        <w:t>Required List of Attachments</w:t>
      </w:r>
    </w:p>
    <w:p w14:paraId="6EFCB615" w14:textId="53AD9271" w:rsidR="00224ECE" w:rsidRPr="002560C2" w:rsidRDefault="00224ECE" w:rsidP="002560C2">
      <w:pPr>
        <w:spacing w:after="0"/>
        <w:jc w:val="both"/>
        <w:rPr>
          <w:rFonts w:cs="Times New Roman"/>
          <w:sz w:val="24"/>
          <w:szCs w:val="24"/>
        </w:rPr>
      </w:pPr>
      <w:r w:rsidRPr="002560C2">
        <w:rPr>
          <w:rFonts w:cs="Times New Roman"/>
          <w:sz w:val="24"/>
          <w:szCs w:val="24"/>
        </w:rPr>
        <w:t>The following documents must be attached with the claim form. Incomplete submissions will not be processed.</w:t>
      </w:r>
    </w:p>
    <w:p w14:paraId="26E4BAA6" w14:textId="7F485967" w:rsidR="00522131" w:rsidRPr="00522131" w:rsidRDefault="00522131" w:rsidP="00522131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522131">
        <w:rPr>
          <w:rFonts w:cs="Times New Roman"/>
          <w:sz w:val="24"/>
          <w:szCs w:val="24"/>
        </w:rPr>
        <w:t>Copy of patent application or filing acknowledgment (for filing incentive)</w:t>
      </w:r>
    </w:p>
    <w:p w14:paraId="2FD94720" w14:textId="65ABB896" w:rsidR="00522131" w:rsidRPr="00522131" w:rsidRDefault="00522131" w:rsidP="00522131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522131">
        <w:rPr>
          <w:rFonts w:cs="Times New Roman"/>
          <w:sz w:val="24"/>
          <w:szCs w:val="24"/>
        </w:rPr>
        <w:t>Copy of granted patent certificate (for grant incentive)</w:t>
      </w:r>
    </w:p>
    <w:p w14:paraId="3D8A61C7" w14:textId="0FE7089C" w:rsidR="00522131" w:rsidRPr="00522131" w:rsidRDefault="00522131" w:rsidP="00522131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522131">
        <w:rPr>
          <w:rFonts w:cs="Times New Roman"/>
          <w:sz w:val="24"/>
          <w:szCs w:val="24"/>
        </w:rPr>
        <w:t>Proof of Monark University as applicant/co-applicant</w:t>
      </w:r>
    </w:p>
    <w:p w14:paraId="79DB4B5A" w14:textId="2D420524" w:rsidR="003C67DB" w:rsidRPr="002D15C5" w:rsidRDefault="00522131" w:rsidP="00522131">
      <w:pPr>
        <w:pStyle w:val="ListParagraph"/>
        <w:numPr>
          <w:ilvl w:val="0"/>
          <w:numId w:val="18"/>
        </w:numPr>
        <w:spacing w:after="0"/>
        <w:jc w:val="both"/>
        <w:rPr>
          <w:rFonts w:cs="Times New Roman"/>
          <w:sz w:val="24"/>
          <w:szCs w:val="24"/>
        </w:rPr>
      </w:pPr>
      <w:r w:rsidRPr="00522131">
        <w:rPr>
          <w:rFonts w:cs="Times New Roman"/>
          <w:sz w:val="24"/>
          <w:szCs w:val="24"/>
        </w:rPr>
        <w:t>Mutual agreement/consent letter (if multiple Monark-affiliated inventors)</w:t>
      </w:r>
    </w:p>
    <w:sectPr w:rsidR="003C67DB" w:rsidRPr="002D15C5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2468"/>
    <w:multiLevelType w:val="hybridMultilevel"/>
    <w:tmpl w:val="B42A3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B2B7C"/>
    <w:multiLevelType w:val="hybridMultilevel"/>
    <w:tmpl w:val="030E8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2020307473">
    <w:abstractNumId w:val="8"/>
  </w:num>
  <w:num w:numId="2" w16cid:durableId="2130781517">
    <w:abstractNumId w:val="6"/>
  </w:num>
  <w:num w:numId="3" w16cid:durableId="705370314">
    <w:abstractNumId w:val="5"/>
  </w:num>
  <w:num w:numId="4" w16cid:durableId="1980064495">
    <w:abstractNumId w:val="4"/>
  </w:num>
  <w:num w:numId="5" w16cid:durableId="1846238845">
    <w:abstractNumId w:val="7"/>
  </w:num>
  <w:num w:numId="6" w16cid:durableId="158810148">
    <w:abstractNumId w:val="3"/>
  </w:num>
  <w:num w:numId="7" w16cid:durableId="921337370">
    <w:abstractNumId w:val="2"/>
  </w:num>
  <w:num w:numId="8" w16cid:durableId="2123767206">
    <w:abstractNumId w:val="1"/>
  </w:num>
  <w:num w:numId="9" w16cid:durableId="806625057">
    <w:abstractNumId w:val="0"/>
  </w:num>
  <w:num w:numId="10" w16cid:durableId="969868629">
    <w:abstractNumId w:val="10"/>
  </w:num>
  <w:num w:numId="11" w16cid:durableId="408233831">
    <w:abstractNumId w:val="9"/>
  </w:num>
  <w:num w:numId="12" w16cid:durableId="1206792443">
    <w:abstractNumId w:val="14"/>
  </w:num>
  <w:num w:numId="13" w16cid:durableId="1001355272">
    <w:abstractNumId w:val="11"/>
  </w:num>
  <w:num w:numId="14" w16cid:durableId="196048124">
    <w:abstractNumId w:val="17"/>
  </w:num>
  <w:num w:numId="15" w16cid:durableId="2093618691">
    <w:abstractNumId w:val="12"/>
  </w:num>
  <w:num w:numId="16" w16cid:durableId="242423021">
    <w:abstractNumId w:val="13"/>
  </w:num>
  <w:num w:numId="17" w16cid:durableId="1896816091">
    <w:abstractNumId w:val="16"/>
  </w:num>
  <w:num w:numId="18" w16cid:durableId="17976054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2F3C"/>
    <w:rsid w:val="00034616"/>
    <w:rsid w:val="0006063C"/>
    <w:rsid w:val="00060CE6"/>
    <w:rsid w:val="0006741F"/>
    <w:rsid w:val="000944E1"/>
    <w:rsid w:val="000B1DA7"/>
    <w:rsid w:val="000E1D12"/>
    <w:rsid w:val="0015074B"/>
    <w:rsid w:val="00166C32"/>
    <w:rsid w:val="001733F3"/>
    <w:rsid w:val="0017375E"/>
    <w:rsid w:val="001A0EA8"/>
    <w:rsid w:val="001C1D7E"/>
    <w:rsid w:val="001E3260"/>
    <w:rsid w:val="00216C60"/>
    <w:rsid w:val="00224ECE"/>
    <w:rsid w:val="00241954"/>
    <w:rsid w:val="002560C2"/>
    <w:rsid w:val="00293DC8"/>
    <w:rsid w:val="0029639D"/>
    <w:rsid w:val="002B2CD3"/>
    <w:rsid w:val="002D15C5"/>
    <w:rsid w:val="002E6D5A"/>
    <w:rsid w:val="002F1966"/>
    <w:rsid w:val="003041FB"/>
    <w:rsid w:val="00317E7C"/>
    <w:rsid w:val="00326F90"/>
    <w:rsid w:val="00341284"/>
    <w:rsid w:val="00345EFE"/>
    <w:rsid w:val="00352FA7"/>
    <w:rsid w:val="0035497F"/>
    <w:rsid w:val="003774BC"/>
    <w:rsid w:val="003826FC"/>
    <w:rsid w:val="003A08CA"/>
    <w:rsid w:val="003C67DB"/>
    <w:rsid w:val="003D6C1D"/>
    <w:rsid w:val="00467093"/>
    <w:rsid w:val="00486F23"/>
    <w:rsid w:val="004B1C23"/>
    <w:rsid w:val="004C127C"/>
    <w:rsid w:val="004C40EC"/>
    <w:rsid w:val="00513745"/>
    <w:rsid w:val="00522131"/>
    <w:rsid w:val="0052517C"/>
    <w:rsid w:val="005271CD"/>
    <w:rsid w:val="00534294"/>
    <w:rsid w:val="00543690"/>
    <w:rsid w:val="00554282"/>
    <w:rsid w:val="00575714"/>
    <w:rsid w:val="00596341"/>
    <w:rsid w:val="005964EE"/>
    <w:rsid w:val="005A785A"/>
    <w:rsid w:val="005C08DA"/>
    <w:rsid w:val="0062762B"/>
    <w:rsid w:val="00631A3D"/>
    <w:rsid w:val="00675878"/>
    <w:rsid w:val="00723D7A"/>
    <w:rsid w:val="00732578"/>
    <w:rsid w:val="00740BAC"/>
    <w:rsid w:val="00742E38"/>
    <w:rsid w:val="0075300E"/>
    <w:rsid w:val="007A52F8"/>
    <w:rsid w:val="007A75C7"/>
    <w:rsid w:val="007D79CD"/>
    <w:rsid w:val="007E333F"/>
    <w:rsid w:val="00803A03"/>
    <w:rsid w:val="00824286"/>
    <w:rsid w:val="00876BC9"/>
    <w:rsid w:val="00922254"/>
    <w:rsid w:val="00964DBD"/>
    <w:rsid w:val="009E3650"/>
    <w:rsid w:val="00A52B97"/>
    <w:rsid w:val="00A70E93"/>
    <w:rsid w:val="00A861B3"/>
    <w:rsid w:val="00A868F6"/>
    <w:rsid w:val="00AA1D8D"/>
    <w:rsid w:val="00AA1DA2"/>
    <w:rsid w:val="00AA25D8"/>
    <w:rsid w:val="00AC08B7"/>
    <w:rsid w:val="00B142A1"/>
    <w:rsid w:val="00B401B2"/>
    <w:rsid w:val="00B47730"/>
    <w:rsid w:val="00B53B64"/>
    <w:rsid w:val="00B56F8F"/>
    <w:rsid w:val="00B711F2"/>
    <w:rsid w:val="00B76E90"/>
    <w:rsid w:val="00B84F64"/>
    <w:rsid w:val="00BA4D17"/>
    <w:rsid w:val="00BE4FFD"/>
    <w:rsid w:val="00BF1519"/>
    <w:rsid w:val="00C0150A"/>
    <w:rsid w:val="00C36128"/>
    <w:rsid w:val="00C644C2"/>
    <w:rsid w:val="00C80DA4"/>
    <w:rsid w:val="00C92C28"/>
    <w:rsid w:val="00CB0664"/>
    <w:rsid w:val="00CD090D"/>
    <w:rsid w:val="00D01490"/>
    <w:rsid w:val="00D428CE"/>
    <w:rsid w:val="00D433D0"/>
    <w:rsid w:val="00D43C6D"/>
    <w:rsid w:val="00D442FD"/>
    <w:rsid w:val="00D47ACA"/>
    <w:rsid w:val="00D57A01"/>
    <w:rsid w:val="00D94D55"/>
    <w:rsid w:val="00D9720E"/>
    <w:rsid w:val="00E35687"/>
    <w:rsid w:val="00E57E3F"/>
    <w:rsid w:val="00EA37D8"/>
    <w:rsid w:val="00EA3A3C"/>
    <w:rsid w:val="00EB4C2E"/>
    <w:rsid w:val="00EB4E75"/>
    <w:rsid w:val="00EB5AA5"/>
    <w:rsid w:val="00EC32BE"/>
    <w:rsid w:val="00ED6D06"/>
    <w:rsid w:val="00EE05A5"/>
    <w:rsid w:val="00F20F57"/>
    <w:rsid w:val="00F23CF5"/>
    <w:rsid w:val="00F94187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47</cp:revision>
  <dcterms:created xsi:type="dcterms:W3CDTF">2025-07-07T16:26:00Z</dcterms:created>
  <dcterms:modified xsi:type="dcterms:W3CDTF">2025-07-10T04:29:00Z</dcterms:modified>
  <cp:category/>
</cp:coreProperties>
</file>