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489EC" w14:textId="6D8C457E" w:rsidR="00554282" w:rsidRPr="00554282" w:rsidRDefault="00554282" w:rsidP="00554282">
      <w:pPr>
        <w:spacing w:after="0" w:line="278" w:lineRule="auto"/>
        <w:jc w:val="center"/>
        <w:rPr>
          <w:rFonts w:eastAsia="Calibri" w:cs="Mangal"/>
          <w:b/>
          <w:bCs/>
          <w:color w:val="002060"/>
          <w:kern w:val="2"/>
          <w:sz w:val="60"/>
          <w:szCs w:val="60"/>
          <w14:ligatures w14:val="standardContextual"/>
        </w:rPr>
      </w:pPr>
      <w:r w:rsidRPr="00554282">
        <w:rPr>
          <w:rFonts w:eastAsia="Calibri" w:cs="Mangal"/>
          <w:b/>
          <w:bCs/>
          <w:color w:val="ED7D31"/>
          <w:kern w:val="2"/>
          <w:sz w:val="72"/>
          <w:szCs w:val="72"/>
          <w14:ligatures w14:val="standardContextual"/>
        </w:rPr>
        <w:t>MONARK</w:t>
      </w:r>
      <w:r w:rsidRPr="00554282">
        <w:rPr>
          <w:rFonts w:eastAsia="Calibri" w:cs="Mangal"/>
          <w:b/>
          <w:bCs/>
          <w:kern w:val="2"/>
          <w:sz w:val="72"/>
          <w:szCs w:val="72"/>
          <w14:ligatures w14:val="standardContextual"/>
        </w:rPr>
        <w:t xml:space="preserve"> </w:t>
      </w:r>
      <w:r w:rsidRPr="00554282">
        <w:rPr>
          <w:rFonts w:eastAsia="Calibri" w:cs="Mangal"/>
          <w:b/>
          <w:bCs/>
          <w:color w:val="002060"/>
          <w:kern w:val="2"/>
          <w:sz w:val="72"/>
          <w:szCs w:val="72"/>
          <w14:ligatures w14:val="standardContextual"/>
        </w:rPr>
        <w:t>UNIVERSITY</w:t>
      </w:r>
    </w:p>
    <w:p w14:paraId="6FB49F4F" w14:textId="385EE854" w:rsidR="00554282" w:rsidRPr="00BF1519" w:rsidRDefault="00554282" w:rsidP="00293DC8">
      <w:pPr>
        <w:spacing w:line="278" w:lineRule="auto"/>
        <w:jc w:val="center"/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</w:pPr>
      <w:r w:rsidRPr="00554282"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  <w:t>(Established under Gujarat Private Universities Act, 2009)</w:t>
      </w:r>
    </w:p>
    <w:p w14:paraId="1870E7CA" w14:textId="6E716CA0" w:rsidR="003C67DB" w:rsidRPr="00BF1519" w:rsidRDefault="00554282" w:rsidP="00534294">
      <w:pPr>
        <w:pStyle w:val="Title"/>
        <w:spacing w:after="0"/>
        <w:jc w:val="center"/>
        <w:rPr>
          <w:rFonts w:asciiTheme="minorHAnsi" w:hAnsiTheme="minorHAnsi" w:cs="Times New Roman"/>
          <w:color w:val="auto"/>
          <w:sz w:val="40"/>
          <w:szCs w:val="40"/>
        </w:rPr>
      </w:pP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Annexure-</w:t>
      </w:r>
      <w:r w:rsidR="00653B6F">
        <w:rPr>
          <w:rFonts w:asciiTheme="minorHAnsi" w:hAnsiTheme="minorHAnsi" w:cs="Times New Roman"/>
          <w:b/>
          <w:bCs/>
          <w:color w:val="auto"/>
          <w:sz w:val="32"/>
          <w:szCs w:val="32"/>
        </w:rPr>
        <w:t>D</w:t>
      </w: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:</w:t>
      </w:r>
      <w:r w:rsidR="00293DC8"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 xml:space="preserve"> </w:t>
      </w:r>
      <w:r w:rsidR="00F20F57" w:rsidRPr="00F20F57">
        <w:rPr>
          <w:rFonts w:asciiTheme="minorHAnsi" w:hAnsiTheme="minorHAnsi" w:cs="Times New Roman"/>
          <w:b/>
          <w:bCs/>
          <w:color w:val="auto"/>
          <w:sz w:val="32"/>
          <w:szCs w:val="32"/>
        </w:rPr>
        <w:t xml:space="preserve">Research </w:t>
      </w:r>
      <w:r w:rsidR="00405A9D">
        <w:rPr>
          <w:rFonts w:asciiTheme="minorHAnsi" w:hAnsiTheme="minorHAnsi" w:cs="Times New Roman"/>
          <w:b/>
          <w:bCs/>
          <w:color w:val="auto"/>
          <w:sz w:val="32"/>
          <w:szCs w:val="32"/>
        </w:rPr>
        <w:t>P</w:t>
      </w:r>
      <w:r w:rsidR="00F20F57" w:rsidRPr="00F20F57">
        <w:rPr>
          <w:rFonts w:asciiTheme="minorHAnsi" w:hAnsiTheme="minorHAnsi" w:cs="Times New Roman"/>
          <w:b/>
          <w:bCs/>
          <w:color w:val="auto"/>
          <w:sz w:val="32"/>
          <w:szCs w:val="32"/>
        </w:rPr>
        <w:t>aper Publication Incentive Claim Form</w:t>
      </w:r>
    </w:p>
    <w:p w14:paraId="25AB69E6" w14:textId="77777777" w:rsidR="00293DC8" w:rsidRDefault="00293DC8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</w:p>
    <w:p w14:paraId="3189D16F" w14:textId="68D3F002" w:rsidR="00D428CE" w:rsidRPr="00BF1519" w:rsidRDefault="00D428CE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A. Applicant Details</w:t>
      </w:r>
    </w:p>
    <w:p w14:paraId="11885661" w14:textId="77777777" w:rsidR="00554282" w:rsidRPr="00BF1519" w:rsidRDefault="00554282" w:rsidP="00554282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5"/>
        <w:gridCol w:w="2610"/>
        <w:gridCol w:w="4945"/>
      </w:tblGrid>
      <w:tr w:rsidR="00554282" w:rsidRPr="00BF1519" w14:paraId="6D539A08" w14:textId="77777777" w:rsidTr="00BF1519">
        <w:tc>
          <w:tcPr>
            <w:tcW w:w="623" w:type="pct"/>
            <w:shd w:val="clear" w:color="auto" w:fill="D9D9D9" w:themeFill="background1" w:themeFillShade="D9"/>
          </w:tcPr>
          <w:p w14:paraId="61B4229C" w14:textId="3ED8FF4D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12" w:type="pct"/>
            <w:shd w:val="clear" w:color="auto" w:fill="D9D9D9" w:themeFill="background1" w:themeFillShade="D9"/>
          </w:tcPr>
          <w:p w14:paraId="56A0A153" w14:textId="5E33910B" w:rsidR="00554282" w:rsidRPr="00BF1519" w:rsidRDefault="00554282" w:rsidP="00BF1519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865" w:type="pct"/>
            <w:shd w:val="clear" w:color="auto" w:fill="D9D9D9" w:themeFill="background1" w:themeFillShade="D9"/>
          </w:tcPr>
          <w:p w14:paraId="6B59C125" w14:textId="590B1FAF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554282" w:rsidRPr="00BF1519" w14:paraId="4B5DBD7E" w14:textId="77777777" w:rsidTr="00BF1519">
        <w:tc>
          <w:tcPr>
            <w:tcW w:w="623" w:type="pct"/>
          </w:tcPr>
          <w:p w14:paraId="3B490CD5" w14:textId="47CEA489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512" w:type="pct"/>
          </w:tcPr>
          <w:p w14:paraId="7C7E1ED1" w14:textId="7D7E53C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rFonts w:cs="Times New Roman"/>
                <w:sz w:val="24"/>
                <w:szCs w:val="24"/>
              </w:rPr>
              <w:t>Name of the Applicant</w:t>
            </w:r>
          </w:p>
        </w:tc>
        <w:tc>
          <w:tcPr>
            <w:tcW w:w="2865" w:type="pct"/>
          </w:tcPr>
          <w:p w14:paraId="0D71372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5BE37082" w14:textId="77777777" w:rsidTr="00BF1519">
        <w:tc>
          <w:tcPr>
            <w:tcW w:w="623" w:type="pct"/>
          </w:tcPr>
          <w:p w14:paraId="663B5AF2" w14:textId="510BBA6B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512" w:type="pct"/>
          </w:tcPr>
          <w:p w14:paraId="0E1CDD65" w14:textId="04515485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Designation</w:t>
            </w:r>
          </w:p>
        </w:tc>
        <w:tc>
          <w:tcPr>
            <w:tcW w:w="2865" w:type="pct"/>
          </w:tcPr>
          <w:p w14:paraId="0466194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175BE35" w14:textId="77777777" w:rsidTr="00BF1519">
        <w:tc>
          <w:tcPr>
            <w:tcW w:w="623" w:type="pct"/>
          </w:tcPr>
          <w:p w14:paraId="3F601746" w14:textId="3F2430F5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512" w:type="pct"/>
          </w:tcPr>
          <w:p w14:paraId="6469AF6B" w14:textId="6BD60A2A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Department</w:t>
            </w:r>
          </w:p>
        </w:tc>
        <w:tc>
          <w:tcPr>
            <w:tcW w:w="2865" w:type="pct"/>
          </w:tcPr>
          <w:p w14:paraId="457B97A7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2FC1FB1E" w14:textId="77777777" w:rsidTr="00BF1519">
        <w:tc>
          <w:tcPr>
            <w:tcW w:w="623" w:type="pct"/>
          </w:tcPr>
          <w:p w14:paraId="0D0EB73F" w14:textId="0D50EBE4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512" w:type="pct"/>
          </w:tcPr>
          <w:p w14:paraId="0898A403" w14:textId="3ABA8A0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Institute</w:t>
            </w:r>
          </w:p>
        </w:tc>
        <w:tc>
          <w:tcPr>
            <w:tcW w:w="2865" w:type="pct"/>
          </w:tcPr>
          <w:p w14:paraId="62D8BC7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A8DB1E8" w14:textId="77777777" w:rsidTr="00BF1519">
        <w:tc>
          <w:tcPr>
            <w:tcW w:w="623" w:type="pct"/>
          </w:tcPr>
          <w:p w14:paraId="3FCB6CFD" w14:textId="214D6843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512" w:type="pct"/>
          </w:tcPr>
          <w:p w14:paraId="7A20FD80" w14:textId="539F6E8E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Faculty</w:t>
            </w:r>
          </w:p>
        </w:tc>
        <w:tc>
          <w:tcPr>
            <w:tcW w:w="2865" w:type="pct"/>
          </w:tcPr>
          <w:p w14:paraId="5EA9FE4D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0AADA62B" w14:textId="77777777" w:rsidTr="00BF1519">
        <w:tc>
          <w:tcPr>
            <w:tcW w:w="623" w:type="pct"/>
          </w:tcPr>
          <w:p w14:paraId="5A96A0F8" w14:textId="42CC634A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6</w:t>
            </w:r>
          </w:p>
        </w:tc>
        <w:tc>
          <w:tcPr>
            <w:tcW w:w="1512" w:type="pct"/>
          </w:tcPr>
          <w:p w14:paraId="5FAA3A1C" w14:textId="40DDB9E4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Email</w:t>
            </w:r>
          </w:p>
        </w:tc>
        <w:tc>
          <w:tcPr>
            <w:tcW w:w="2865" w:type="pct"/>
          </w:tcPr>
          <w:p w14:paraId="2084333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22679044" w14:textId="77777777" w:rsidTr="00BF1519">
        <w:tc>
          <w:tcPr>
            <w:tcW w:w="623" w:type="pct"/>
          </w:tcPr>
          <w:p w14:paraId="77F2D791" w14:textId="7A164D0D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7</w:t>
            </w:r>
          </w:p>
        </w:tc>
        <w:tc>
          <w:tcPr>
            <w:tcW w:w="1512" w:type="pct"/>
          </w:tcPr>
          <w:p w14:paraId="3A44DECC" w14:textId="3F39C5D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Mobile No.</w:t>
            </w:r>
          </w:p>
        </w:tc>
        <w:tc>
          <w:tcPr>
            <w:tcW w:w="2865" w:type="pct"/>
          </w:tcPr>
          <w:p w14:paraId="7F23FB2B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16642874" w14:textId="77777777" w:rsidTr="00BF1519">
        <w:tc>
          <w:tcPr>
            <w:tcW w:w="623" w:type="pct"/>
          </w:tcPr>
          <w:p w14:paraId="0D695FDB" w14:textId="1B709946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8</w:t>
            </w:r>
          </w:p>
        </w:tc>
        <w:tc>
          <w:tcPr>
            <w:tcW w:w="1512" w:type="pct"/>
          </w:tcPr>
          <w:p w14:paraId="1E8F18D2" w14:textId="46149D54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Bank Details</w:t>
            </w:r>
          </w:p>
        </w:tc>
        <w:tc>
          <w:tcPr>
            <w:tcW w:w="2865" w:type="pct"/>
          </w:tcPr>
          <w:p w14:paraId="7C904614" w14:textId="1102F498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Name of Bank: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6914E6C4" w14:textId="396E199A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Branch: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1568B9F7" w14:textId="4FD8ED21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IFSC: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72B7F5F8" w14:textId="42028ED9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Account Number: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</w:tc>
      </w:tr>
    </w:tbl>
    <w:p w14:paraId="04F0732C" w14:textId="77777777" w:rsidR="00293DC8" w:rsidRPr="00293DC8" w:rsidRDefault="00293DC8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"/>
          <w:szCs w:val="2"/>
        </w:rPr>
      </w:pPr>
    </w:p>
    <w:p w14:paraId="218DA004" w14:textId="59F06CEC" w:rsidR="003C67DB" w:rsidRPr="00BF1519" w:rsidRDefault="005964EE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 xml:space="preserve">B. </w:t>
      </w:r>
      <w:r w:rsidR="00BA4D17">
        <w:rPr>
          <w:rFonts w:asciiTheme="minorHAnsi" w:hAnsiTheme="minorHAnsi" w:cs="Times New Roman"/>
          <w:color w:val="auto"/>
          <w:sz w:val="24"/>
          <w:szCs w:val="24"/>
        </w:rPr>
        <w:t>Event Details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5"/>
        <w:gridCol w:w="3060"/>
        <w:gridCol w:w="4495"/>
      </w:tblGrid>
      <w:tr w:rsidR="00BF1519" w:rsidRPr="00BF1519" w14:paraId="32D7C8F0" w14:textId="77777777" w:rsidTr="00BF1519">
        <w:tc>
          <w:tcPr>
            <w:tcW w:w="623" w:type="pct"/>
            <w:shd w:val="clear" w:color="auto" w:fill="D9D9D9" w:themeFill="background1" w:themeFillShade="D9"/>
          </w:tcPr>
          <w:p w14:paraId="5163222A" w14:textId="77777777" w:rsidR="00BF1519" w:rsidRPr="00BF1519" w:rsidRDefault="00BF1519" w:rsidP="004F060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773" w:type="pct"/>
            <w:shd w:val="clear" w:color="auto" w:fill="D9D9D9" w:themeFill="background1" w:themeFillShade="D9"/>
          </w:tcPr>
          <w:p w14:paraId="63229619" w14:textId="77777777" w:rsidR="00BF1519" w:rsidRPr="00BF1519" w:rsidRDefault="00BF1519" w:rsidP="004F060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604" w:type="pct"/>
            <w:shd w:val="clear" w:color="auto" w:fill="D9D9D9" w:themeFill="background1" w:themeFillShade="D9"/>
          </w:tcPr>
          <w:p w14:paraId="40E52C0D" w14:textId="77777777" w:rsidR="00BF1519" w:rsidRPr="00BF1519" w:rsidRDefault="00BF1519" w:rsidP="004F060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BF1519" w:rsidRPr="00BF1519" w14:paraId="6F55311A" w14:textId="77777777" w:rsidTr="00BF1519">
        <w:tc>
          <w:tcPr>
            <w:tcW w:w="623" w:type="pct"/>
          </w:tcPr>
          <w:p w14:paraId="1B446D57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773" w:type="pct"/>
          </w:tcPr>
          <w:p w14:paraId="2B236764" w14:textId="60AC8071" w:rsidR="00BF1519" w:rsidRPr="00BF1519" w:rsidRDefault="00F20F57" w:rsidP="00AA1DA2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Title of the Article</w:t>
            </w:r>
          </w:p>
        </w:tc>
        <w:tc>
          <w:tcPr>
            <w:tcW w:w="2604" w:type="pct"/>
          </w:tcPr>
          <w:p w14:paraId="0842376E" w14:textId="34A2D1A3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0B204DDF" w14:textId="77777777" w:rsidTr="00BF1519">
        <w:tc>
          <w:tcPr>
            <w:tcW w:w="623" w:type="pct"/>
          </w:tcPr>
          <w:p w14:paraId="3249B0DA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773" w:type="pct"/>
          </w:tcPr>
          <w:p w14:paraId="50125F28" w14:textId="7BAF03F6" w:rsidR="00BF1519" w:rsidRPr="00BF1519" w:rsidRDefault="00F20F57" w:rsidP="009527D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Name of All Authors (</w:t>
            </w:r>
            <w:r w:rsidR="009527D8">
              <w:rPr>
                <w:sz w:val="24"/>
                <w:szCs w:val="24"/>
              </w:rPr>
              <w:t>according to sequence</w:t>
            </w:r>
            <w:r w:rsidRPr="00C0150A">
              <w:rPr>
                <w:sz w:val="24"/>
                <w:szCs w:val="24"/>
              </w:rPr>
              <w:t>)</w:t>
            </w:r>
          </w:p>
        </w:tc>
        <w:tc>
          <w:tcPr>
            <w:tcW w:w="2604" w:type="pct"/>
          </w:tcPr>
          <w:p w14:paraId="6BD951B4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1605E93B" w14:textId="77777777" w:rsidTr="00BF1519">
        <w:tc>
          <w:tcPr>
            <w:tcW w:w="623" w:type="pct"/>
          </w:tcPr>
          <w:p w14:paraId="715811A4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773" w:type="pct"/>
          </w:tcPr>
          <w:p w14:paraId="5AA9B22B" w14:textId="1C93D1CB" w:rsidR="00BF1519" w:rsidRPr="00BF1519" w:rsidRDefault="00F20F57" w:rsidP="00AA1DA2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Name of the Journal</w:t>
            </w:r>
          </w:p>
        </w:tc>
        <w:tc>
          <w:tcPr>
            <w:tcW w:w="2604" w:type="pct"/>
          </w:tcPr>
          <w:p w14:paraId="3B25038C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3A22FDA9" w14:textId="77777777" w:rsidTr="00BF1519">
        <w:tc>
          <w:tcPr>
            <w:tcW w:w="623" w:type="pct"/>
          </w:tcPr>
          <w:p w14:paraId="7BD127F7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773" w:type="pct"/>
          </w:tcPr>
          <w:p w14:paraId="21F71D07" w14:textId="3D12ACF6" w:rsidR="00BF1519" w:rsidRPr="00BF1519" w:rsidRDefault="00F20F57" w:rsidP="00AA1DA2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Name of the Publisher</w:t>
            </w:r>
          </w:p>
        </w:tc>
        <w:tc>
          <w:tcPr>
            <w:tcW w:w="2604" w:type="pct"/>
          </w:tcPr>
          <w:p w14:paraId="20215768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40E468AC" w14:textId="77777777" w:rsidTr="00BF1519">
        <w:tc>
          <w:tcPr>
            <w:tcW w:w="623" w:type="pct"/>
          </w:tcPr>
          <w:p w14:paraId="6B69FDCE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773" w:type="pct"/>
          </w:tcPr>
          <w:p w14:paraId="5C3AB7A1" w14:textId="1D84AD5F" w:rsidR="00BF1519" w:rsidRPr="00BF1519" w:rsidRDefault="00F20F57" w:rsidP="00AA1DA2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Journal Indexing:</w:t>
            </w:r>
          </w:p>
        </w:tc>
        <w:tc>
          <w:tcPr>
            <w:tcW w:w="2604" w:type="pct"/>
          </w:tcPr>
          <w:p w14:paraId="53A375A0" w14:textId="2335942D" w:rsidR="00BF1519" w:rsidRPr="00BF1519" w:rsidRDefault="00F20F57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r w:rsidR="00C0150A" w:rsidRPr="00C0150A">
              <w:rPr>
                <w:sz w:val="24"/>
                <w:szCs w:val="24"/>
              </w:rPr>
              <w:t>SCOPUS ⧠</w:t>
            </w:r>
            <w:r w:rsidRPr="00BF1519">
              <w:rPr>
                <w:sz w:val="24"/>
                <w:szCs w:val="24"/>
              </w:rPr>
              <w:t xml:space="preserve"> </w:t>
            </w:r>
            <w:r w:rsidR="00A70E93" w:rsidRPr="00C0150A">
              <w:rPr>
                <w:sz w:val="24"/>
                <w:szCs w:val="24"/>
              </w:rPr>
              <w:t>W</w:t>
            </w:r>
            <w:r w:rsidR="00A70E93">
              <w:rPr>
                <w:sz w:val="24"/>
                <w:szCs w:val="24"/>
              </w:rPr>
              <w:t>O</w:t>
            </w:r>
            <w:r w:rsidR="00A70E93" w:rsidRPr="00C0150A">
              <w:rPr>
                <w:sz w:val="24"/>
                <w:szCs w:val="24"/>
              </w:rPr>
              <w:t>S ⧠</w:t>
            </w:r>
            <w:r w:rsidRPr="00BF1519">
              <w:rPr>
                <w:sz w:val="24"/>
                <w:szCs w:val="24"/>
              </w:rPr>
              <w:t xml:space="preserve"> </w:t>
            </w:r>
            <w:r w:rsidR="00A70E93" w:rsidRPr="00C0150A">
              <w:rPr>
                <w:sz w:val="24"/>
                <w:szCs w:val="24"/>
              </w:rPr>
              <w:t>SCI ⧠</w:t>
            </w:r>
            <w:r w:rsidRPr="00BF1519">
              <w:rPr>
                <w:sz w:val="24"/>
                <w:szCs w:val="24"/>
              </w:rPr>
              <w:t xml:space="preserve"> </w:t>
            </w:r>
            <w:r w:rsidRPr="00C0150A">
              <w:rPr>
                <w:sz w:val="24"/>
                <w:szCs w:val="24"/>
              </w:rPr>
              <w:t>SCIE</w:t>
            </w:r>
          </w:p>
        </w:tc>
      </w:tr>
      <w:tr w:rsidR="00BF1519" w:rsidRPr="00BF1519" w14:paraId="0A8A4F66" w14:textId="77777777" w:rsidTr="00BF1519">
        <w:tc>
          <w:tcPr>
            <w:tcW w:w="623" w:type="pct"/>
          </w:tcPr>
          <w:p w14:paraId="15905764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6</w:t>
            </w:r>
          </w:p>
        </w:tc>
        <w:tc>
          <w:tcPr>
            <w:tcW w:w="1773" w:type="pct"/>
          </w:tcPr>
          <w:p w14:paraId="5D75670D" w14:textId="7C498525" w:rsidR="00BF1519" w:rsidRPr="00BF1519" w:rsidRDefault="00F20F57" w:rsidP="00AA1DA2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Journal Quartile</w:t>
            </w:r>
          </w:p>
        </w:tc>
        <w:tc>
          <w:tcPr>
            <w:tcW w:w="2604" w:type="pct"/>
          </w:tcPr>
          <w:p w14:paraId="7BFF41C0" w14:textId="380D3180" w:rsidR="00BF1519" w:rsidRPr="00BF1519" w:rsidRDefault="00F20F57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r w:rsidRPr="00C0150A">
              <w:rPr>
                <w:sz w:val="24"/>
                <w:szCs w:val="24"/>
              </w:rPr>
              <w:t xml:space="preserve">Q1  </w:t>
            </w:r>
            <w:r w:rsidRPr="00BF1519">
              <w:rPr>
                <w:sz w:val="24"/>
                <w:szCs w:val="24"/>
              </w:rPr>
              <w:t xml:space="preserve">⧠ </w:t>
            </w:r>
            <w:r w:rsidRPr="00C0150A">
              <w:rPr>
                <w:sz w:val="24"/>
                <w:szCs w:val="24"/>
              </w:rPr>
              <w:t xml:space="preserve">Q2  </w:t>
            </w:r>
            <w:r w:rsidRPr="00BF1519">
              <w:rPr>
                <w:sz w:val="24"/>
                <w:szCs w:val="24"/>
              </w:rPr>
              <w:t>⧠</w:t>
            </w:r>
            <w:r>
              <w:rPr>
                <w:sz w:val="24"/>
                <w:szCs w:val="24"/>
              </w:rPr>
              <w:t xml:space="preserve"> Q3</w:t>
            </w:r>
            <w:r w:rsidRPr="00C0150A">
              <w:rPr>
                <w:sz w:val="24"/>
                <w:szCs w:val="24"/>
              </w:rPr>
              <w:t xml:space="preserve">  </w:t>
            </w:r>
            <w:r w:rsidRPr="00BF1519">
              <w:rPr>
                <w:sz w:val="24"/>
                <w:szCs w:val="24"/>
              </w:rPr>
              <w:t xml:space="preserve">⧠ </w:t>
            </w:r>
            <w:r w:rsidRPr="00C0150A">
              <w:rPr>
                <w:sz w:val="24"/>
                <w:szCs w:val="24"/>
              </w:rPr>
              <w:t>Q4</w:t>
            </w:r>
          </w:p>
        </w:tc>
      </w:tr>
      <w:tr w:rsidR="00BF1519" w:rsidRPr="00BF1519" w14:paraId="1B394043" w14:textId="77777777" w:rsidTr="00BF1519">
        <w:tc>
          <w:tcPr>
            <w:tcW w:w="623" w:type="pct"/>
          </w:tcPr>
          <w:p w14:paraId="1A7300F1" w14:textId="7E6318F0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7</w:t>
            </w:r>
          </w:p>
        </w:tc>
        <w:tc>
          <w:tcPr>
            <w:tcW w:w="1773" w:type="pct"/>
          </w:tcPr>
          <w:p w14:paraId="48F7D11A" w14:textId="5BA9D537" w:rsidR="00BF1519" w:rsidRPr="00BF1519" w:rsidRDefault="00F20F57" w:rsidP="00AA1DA2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Year of Publication</w:t>
            </w:r>
          </w:p>
        </w:tc>
        <w:tc>
          <w:tcPr>
            <w:tcW w:w="2604" w:type="pct"/>
          </w:tcPr>
          <w:p w14:paraId="661DAB15" w14:textId="3CA6CE91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E6D5A" w:rsidRPr="00BF1519" w14:paraId="664210D0" w14:textId="77777777" w:rsidTr="00922254">
        <w:trPr>
          <w:trHeight w:val="557"/>
        </w:trPr>
        <w:tc>
          <w:tcPr>
            <w:tcW w:w="623" w:type="pct"/>
          </w:tcPr>
          <w:p w14:paraId="7714BE37" w14:textId="316DF4D3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8</w:t>
            </w:r>
          </w:p>
        </w:tc>
        <w:tc>
          <w:tcPr>
            <w:tcW w:w="1773" w:type="pct"/>
          </w:tcPr>
          <w:p w14:paraId="71D22CBA" w14:textId="64DF76A0" w:rsidR="002E6D5A" w:rsidRPr="00B76E90" w:rsidRDefault="005A785A" w:rsidP="00AA1DA2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DOI &amp; URL:</w:t>
            </w:r>
          </w:p>
        </w:tc>
        <w:tc>
          <w:tcPr>
            <w:tcW w:w="2604" w:type="pct"/>
          </w:tcPr>
          <w:p w14:paraId="270AD960" w14:textId="2B080DC5" w:rsidR="005A785A" w:rsidRPr="00BF1519" w:rsidRDefault="005A785A" w:rsidP="002E6D5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E6D5A" w:rsidRPr="00BF1519" w14:paraId="2D1ADB25" w14:textId="77777777" w:rsidTr="00BF1519">
        <w:tc>
          <w:tcPr>
            <w:tcW w:w="623" w:type="pct"/>
          </w:tcPr>
          <w:p w14:paraId="0F8BECB5" w14:textId="18B02C11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9</w:t>
            </w:r>
          </w:p>
        </w:tc>
        <w:tc>
          <w:tcPr>
            <w:tcW w:w="1773" w:type="pct"/>
          </w:tcPr>
          <w:p w14:paraId="060499E0" w14:textId="09472572" w:rsidR="002E6D5A" w:rsidRPr="00BF1519" w:rsidRDefault="00922254" w:rsidP="00BB3C2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Volume, Issue &amp; Page Numbers</w:t>
            </w:r>
          </w:p>
        </w:tc>
        <w:tc>
          <w:tcPr>
            <w:tcW w:w="2604" w:type="pct"/>
          </w:tcPr>
          <w:p w14:paraId="34DD693B" w14:textId="097445A8" w:rsidR="002E6D5A" w:rsidRPr="00BF1519" w:rsidRDefault="002E6D5A" w:rsidP="002E6D5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43690" w:rsidRPr="00BF1519" w14:paraId="21B2FB1A" w14:textId="77777777" w:rsidTr="00BF1519">
        <w:tc>
          <w:tcPr>
            <w:tcW w:w="623" w:type="pct"/>
          </w:tcPr>
          <w:p w14:paraId="64A7F2A8" w14:textId="54C7D4AB" w:rsidR="00543690" w:rsidRPr="00BF1519" w:rsidRDefault="00740BAC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73" w:type="pct"/>
          </w:tcPr>
          <w:p w14:paraId="1A150973" w14:textId="46924F8D" w:rsidR="00543690" w:rsidRPr="00C0150A" w:rsidRDefault="00543690" w:rsidP="00AA1DA2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 xml:space="preserve">ISSN </w:t>
            </w:r>
          </w:p>
        </w:tc>
        <w:tc>
          <w:tcPr>
            <w:tcW w:w="2604" w:type="pct"/>
          </w:tcPr>
          <w:p w14:paraId="5AE827E2" w14:textId="31D37821" w:rsidR="00543690" w:rsidRPr="00C0150A" w:rsidRDefault="00543690" w:rsidP="002E6D5A">
            <w:pPr>
              <w:spacing w:line="360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Print:</w:t>
            </w:r>
          </w:p>
          <w:p w14:paraId="34184244" w14:textId="18B44AF4" w:rsidR="00543690" w:rsidRPr="00BF1519" w:rsidRDefault="00543690" w:rsidP="002E6D5A">
            <w:pPr>
              <w:spacing w:line="360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Electronic:</w:t>
            </w:r>
          </w:p>
        </w:tc>
      </w:tr>
      <w:tr w:rsidR="00740BAC" w:rsidRPr="00BF1519" w14:paraId="30CE18EF" w14:textId="77777777" w:rsidTr="00BF1519">
        <w:tc>
          <w:tcPr>
            <w:tcW w:w="623" w:type="pct"/>
          </w:tcPr>
          <w:p w14:paraId="37F75B07" w14:textId="7AD4AB54" w:rsidR="00740BAC" w:rsidRDefault="00740BAC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773" w:type="pct"/>
          </w:tcPr>
          <w:p w14:paraId="276BFEE6" w14:textId="02E8CBF7" w:rsidR="00740BAC" w:rsidRPr="00C0150A" w:rsidRDefault="00740BAC" w:rsidP="007E333F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Is Monark University affiliation mentioned as primary?</w:t>
            </w:r>
          </w:p>
        </w:tc>
        <w:tc>
          <w:tcPr>
            <w:tcW w:w="2604" w:type="pct"/>
          </w:tcPr>
          <w:p w14:paraId="751E91D9" w14:textId="08C4B2A7" w:rsidR="00740BAC" w:rsidRPr="00C0150A" w:rsidRDefault="00740BAC" w:rsidP="002E6D5A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r w:rsidRPr="00C0150A">
              <w:rPr>
                <w:sz w:val="24"/>
                <w:szCs w:val="24"/>
              </w:rPr>
              <w:t xml:space="preserve">Yes  </w:t>
            </w:r>
            <w:r w:rsidRPr="00BF1519">
              <w:rPr>
                <w:sz w:val="24"/>
                <w:szCs w:val="24"/>
              </w:rPr>
              <w:t xml:space="preserve">⧠ </w:t>
            </w:r>
            <w:r w:rsidRPr="00C0150A">
              <w:rPr>
                <w:sz w:val="24"/>
                <w:szCs w:val="24"/>
              </w:rPr>
              <w:t>No</w:t>
            </w:r>
          </w:p>
        </w:tc>
      </w:tr>
      <w:tr w:rsidR="002E6D5A" w:rsidRPr="00BF1519" w14:paraId="58EB0C5A" w14:textId="77777777" w:rsidTr="00BF1519">
        <w:tc>
          <w:tcPr>
            <w:tcW w:w="623" w:type="pct"/>
          </w:tcPr>
          <w:p w14:paraId="37B1AA4B" w14:textId="3186D9ED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  <w:r w:rsidR="004C127C">
              <w:rPr>
                <w:sz w:val="24"/>
                <w:szCs w:val="24"/>
              </w:rPr>
              <w:t>2</w:t>
            </w:r>
          </w:p>
        </w:tc>
        <w:tc>
          <w:tcPr>
            <w:tcW w:w="1773" w:type="pct"/>
          </w:tcPr>
          <w:p w14:paraId="35DEC0F6" w14:textId="6072AFB5" w:rsidR="002E6D5A" w:rsidRPr="00BF1519" w:rsidRDefault="004C127C" w:rsidP="007E333F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>Name of the Corresponding Author (with affiliation)</w:t>
            </w:r>
          </w:p>
        </w:tc>
        <w:tc>
          <w:tcPr>
            <w:tcW w:w="2604" w:type="pct"/>
          </w:tcPr>
          <w:p w14:paraId="3D9D5C4F" w14:textId="77777777" w:rsidR="002E6D5A" w:rsidRPr="00BF1519" w:rsidRDefault="002E6D5A" w:rsidP="002E6D5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E57E3F" w:rsidRPr="00BF1519" w14:paraId="76E57B3D" w14:textId="77777777" w:rsidTr="00BF1519">
        <w:tc>
          <w:tcPr>
            <w:tcW w:w="623" w:type="pct"/>
          </w:tcPr>
          <w:p w14:paraId="5D9098AA" w14:textId="1603B8F0" w:rsidR="00E57E3F" w:rsidRPr="00BF1519" w:rsidRDefault="00E57E3F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773" w:type="pct"/>
          </w:tcPr>
          <w:p w14:paraId="0F3D90EC" w14:textId="05295E9A" w:rsidR="00E57E3F" w:rsidRPr="00C0150A" w:rsidRDefault="00E57E3F" w:rsidP="005C08DA">
            <w:pPr>
              <w:spacing w:line="276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 xml:space="preserve">Are there multiple authors from Monark University? </w:t>
            </w:r>
          </w:p>
        </w:tc>
        <w:tc>
          <w:tcPr>
            <w:tcW w:w="2604" w:type="pct"/>
          </w:tcPr>
          <w:p w14:paraId="47ED5512" w14:textId="6506B576" w:rsidR="00E57E3F" w:rsidRPr="00BF1519" w:rsidRDefault="00E57E3F" w:rsidP="00C0150A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r w:rsidRPr="00C0150A">
              <w:rPr>
                <w:sz w:val="24"/>
                <w:szCs w:val="24"/>
              </w:rPr>
              <w:t xml:space="preserve">Yes  </w:t>
            </w:r>
            <w:r w:rsidRPr="00BF1519">
              <w:rPr>
                <w:sz w:val="24"/>
                <w:szCs w:val="24"/>
              </w:rPr>
              <w:t xml:space="preserve">⧠ </w:t>
            </w:r>
            <w:r w:rsidRPr="00C0150A">
              <w:rPr>
                <w:sz w:val="24"/>
                <w:szCs w:val="24"/>
              </w:rPr>
              <w:t>No</w:t>
            </w:r>
          </w:p>
        </w:tc>
      </w:tr>
    </w:tbl>
    <w:p w14:paraId="6DD4771B" w14:textId="77777777" w:rsidR="00BF1519" w:rsidRPr="00BF1519" w:rsidRDefault="00BF1519" w:rsidP="00BF1519">
      <w:pPr>
        <w:rPr>
          <w:sz w:val="10"/>
          <w:szCs w:val="10"/>
        </w:rPr>
      </w:pPr>
    </w:p>
    <w:p w14:paraId="1C231923" w14:textId="77777777" w:rsidR="0062762B" w:rsidRPr="00BF1519" w:rsidRDefault="0062762B" w:rsidP="00BF1519">
      <w:pPr>
        <w:pStyle w:val="Heading1"/>
        <w:spacing w:before="0" w:after="240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C. Declaration</w:t>
      </w:r>
    </w:p>
    <w:p w14:paraId="09880ECB" w14:textId="77777777" w:rsidR="0062762B" w:rsidRPr="00BF1519" w:rsidRDefault="0062762B" w:rsidP="00BF1519">
      <w:pPr>
        <w:spacing w:after="0" w:line="360" w:lineRule="auto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I hereby declare that the information provided above is true to the best of my knowledge. I confirm that I have not claimed this benefit elsewhere in violation of Monark University policy.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3150"/>
        <w:gridCol w:w="2155"/>
      </w:tblGrid>
      <w:tr w:rsidR="00BF1519" w14:paraId="27A30697" w14:textId="77777777" w:rsidTr="00BF1519">
        <w:tc>
          <w:tcPr>
            <w:tcW w:w="3325" w:type="dxa"/>
            <w:shd w:val="clear" w:color="auto" w:fill="D9D9D9" w:themeFill="background1" w:themeFillShade="D9"/>
            <w:vAlign w:val="center"/>
          </w:tcPr>
          <w:p w14:paraId="4A89B37E" w14:textId="7A3DFA6A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3150" w:type="dxa"/>
            <w:shd w:val="clear" w:color="auto" w:fill="D9D9D9" w:themeFill="background1" w:themeFillShade="D9"/>
            <w:vAlign w:val="center"/>
          </w:tcPr>
          <w:p w14:paraId="1FB7D0B4" w14:textId="19D6330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2155" w:type="dxa"/>
            <w:shd w:val="clear" w:color="auto" w:fill="D9D9D9" w:themeFill="background1" w:themeFillShade="D9"/>
            <w:vAlign w:val="center"/>
          </w:tcPr>
          <w:p w14:paraId="69CE3A64" w14:textId="7D247F5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Date</w:t>
            </w:r>
          </w:p>
        </w:tc>
      </w:tr>
      <w:tr w:rsidR="00BF1519" w14:paraId="2DB2B69E" w14:textId="77777777" w:rsidTr="00BF1519">
        <w:tc>
          <w:tcPr>
            <w:tcW w:w="3325" w:type="dxa"/>
            <w:vAlign w:val="center"/>
          </w:tcPr>
          <w:p w14:paraId="344096CA" w14:textId="5BF19E3D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Applicant</w:t>
            </w:r>
          </w:p>
        </w:tc>
        <w:tc>
          <w:tcPr>
            <w:tcW w:w="3150" w:type="dxa"/>
            <w:vAlign w:val="center"/>
          </w:tcPr>
          <w:p w14:paraId="2CE5853F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7C358EC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61F6D1A9" w14:textId="77777777" w:rsidTr="00BF1519">
        <w:tc>
          <w:tcPr>
            <w:tcW w:w="3325" w:type="dxa"/>
            <w:vAlign w:val="center"/>
          </w:tcPr>
          <w:p w14:paraId="3C1494E7" w14:textId="41C25C78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Head of the Department</w:t>
            </w:r>
          </w:p>
        </w:tc>
        <w:tc>
          <w:tcPr>
            <w:tcW w:w="3150" w:type="dxa"/>
            <w:vAlign w:val="center"/>
          </w:tcPr>
          <w:p w14:paraId="7CA14306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5195269A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017818B1" w14:textId="77777777" w:rsidTr="00BF1519">
        <w:tc>
          <w:tcPr>
            <w:tcW w:w="3325" w:type="dxa"/>
            <w:vAlign w:val="center"/>
          </w:tcPr>
          <w:p w14:paraId="2D25564F" w14:textId="34B2F186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Dean of the concerned Faculty</w:t>
            </w:r>
          </w:p>
        </w:tc>
        <w:tc>
          <w:tcPr>
            <w:tcW w:w="3150" w:type="dxa"/>
            <w:vAlign w:val="center"/>
          </w:tcPr>
          <w:p w14:paraId="0C6CE134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48084CD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29702CEF" w14:textId="77777777" w:rsidR="00554282" w:rsidRPr="00BF1519" w:rsidRDefault="00554282" w:rsidP="00554282">
      <w:pPr>
        <w:spacing w:after="0" w:line="360" w:lineRule="auto"/>
        <w:rPr>
          <w:rFonts w:cs="Times New Roman"/>
          <w:sz w:val="24"/>
          <w:szCs w:val="24"/>
        </w:rPr>
      </w:pPr>
    </w:p>
    <w:p w14:paraId="71A55C17" w14:textId="2DF21442" w:rsidR="0062762B" w:rsidRPr="00BF1519" w:rsidRDefault="001A0EA8" w:rsidP="00BF1519">
      <w:pPr>
        <w:pStyle w:val="Heading1"/>
        <w:spacing w:before="0" w:line="48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D</w:t>
      </w:r>
      <w:r w:rsidR="0062762B" w:rsidRPr="00BF1519">
        <w:rPr>
          <w:rFonts w:asciiTheme="minorHAnsi" w:hAnsiTheme="minorHAnsi" w:cs="Times New Roman"/>
          <w:color w:val="auto"/>
          <w:sz w:val="24"/>
          <w:szCs w:val="24"/>
        </w:rPr>
        <w:t>. Office Use (MRDC)</w:t>
      </w:r>
    </w:p>
    <w:p w14:paraId="6FCAC8C0" w14:textId="03BD069E" w:rsidR="0062762B" w:rsidRPr="00BF1519" w:rsidRDefault="00BF1519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Approved    </w:t>
      </w: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Not Approved</w:t>
      </w:r>
    </w:p>
    <w:p w14:paraId="51846B41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Approved Amount: ₹ ______________________</w:t>
      </w:r>
    </w:p>
    <w:p w14:paraId="6013800B" w14:textId="10A1316E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Remarks (if any): ________________________________________________________________</w:t>
      </w:r>
    </w:p>
    <w:p w14:paraId="67240142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Signature (Director, MRDC): __________________   Date: ______________________</w:t>
      </w:r>
    </w:p>
    <w:p w14:paraId="74B8B651" w14:textId="176A95AC" w:rsidR="00723D7A" w:rsidRDefault="00BF1519" w:rsidP="00BF1519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>
        <w:rPr>
          <w:rFonts w:asciiTheme="minorHAnsi" w:hAnsiTheme="minorHAnsi" w:cs="Times New Roman"/>
          <w:color w:val="auto"/>
          <w:sz w:val="24"/>
          <w:szCs w:val="24"/>
        </w:rPr>
        <w:t xml:space="preserve">E. </w:t>
      </w:r>
      <w:r w:rsidR="00723D7A" w:rsidRPr="00BF1519">
        <w:rPr>
          <w:rFonts w:asciiTheme="minorHAnsi" w:hAnsiTheme="minorHAnsi" w:cs="Times New Roman"/>
          <w:color w:val="auto"/>
          <w:sz w:val="24"/>
          <w:szCs w:val="24"/>
        </w:rPr>
        <w:t>Required List of Attachments</w:t>
      </w:r>
    </w:p>
    <w:p w14:paraId="6EFCB615" w14:textId="53AD9271" w:rsidR="00224ECE" w:rsidRPr="002560C2" w:rsidRDefault="00224ECE" w:rsidP="002560C2">
      <w:pPr>
        <w:spacing w:after="0"/>
        <w:jc w:val="both"/>
        <w:rPr>
          <w:rFonts w:cs="Times New Roman"/>
          <w:sz w:val="24"/>
          <w:szCs w:val="24"/>
        </w:rPr>
      </w:pPr>
      <w:r w:rsidRPr="002560C2">
        <w:rPr>
          <w:rFonts w:cs="Times New Roman"/>
          <w:sz w:val="24"/>
          <w:szCs w:val="24"/>
        </w:rPr>
        <w:t>The following documents must be attached with the claim form. Incomplete submissions will not be processed.</w:t>
      </w:r>
    </w:p>
    <w:p w14:paraId="48F43D25" w14:textId="77777777" w:rsidR="00ED6D06" w:rsidRPr="002D15C5" w:rsidRDefault="00ED6D06" w:rsidP="002D15C5">
      <w:pPr>
        <w:pStyle w:val="ListParagraph"/>
        <w:numPr>
          <w:ilvl w:val="0"/>
          <w:numId w:val="18"/>
        </w:numPr>
        <w:spacing w:after="0"/>
        <w:jc w:val="both"/>
        <w:rPr>
          <w:rFonts w:cs="Times New Roman"/>
          <w:sz w:val="24"/>
          <w:szCs w:val="24"/>
        </w:rPr>
      </w:pPr>
      <w:r w:rsidRPr="002D15C5">
        <w:rPr>
          <w:rFonts w:cs="Times New Roman"/>
          <w:sz w:val="24"/>
          <w:szCs w:val="24"/>
        </w:rPr>
        <w:t>Copy of the published article in PDF format</w:t>
      </w:r>
    </w:p>
    <w:p w14:paraId="5CDA8E47" w14:textId="77777777" w:rsidR="00ED6D06" w:rsidRPr="002D15C5" w:rsidRDefault="00ED6D06" w:rsidP="002D15C5">
      <w:pPr>
        <w:pStyle w:val="ListParagraph"/>
        <w:numPr>
          <w:ilvl w:val="0"/>
          <w:numId w:val="18"/>
        </w:numPr>
        <w:spacing w:after="0"/>
        <w:jc w:val="both"/>
        <w:rPr>
          <w:rFonts w:cs="Times New Roman"/>
          <w:sz w:val="24"/>
          <w:szCs w:val="24"/>
        </w:rPr>
      </w:pPr>
      <w:r w:rsidRPr="002D15C5">
        <w:rPr>
          <w:rFonts w:cs="Times New Roman"/>
          <w:sz w:val="24"/>
          <w:szCs w:val="24"/>
        </w:rPr>
        <w:t>Screenshot or PDF from SCIMAGO (SJR) or JCR for the year of publication showing journal quartile</w:t>
      </w:r>
    </w:p>
    <w:p w14:paraId="479131D4" w14:textId="77F4FE81" w:rsidR="00ED6D06" w:rsidRPr="002D15C5" w:rsidRDefault="0019138B" w:rsidP="002D15C5">
      <w:pPr>
        <w:pStyle w:val="ListParagraph"/>
        <w:numPr>
          <w:ilvl w:val="0"/>
          <w:numId w:val="18"/>
        </w:num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Evidence</w:t>
      </w:r>
      <w:r w:rsidR="00ED6D06" w:rsidRPr="002D15C5">
        <w:rPr>
          <w:rFonts w:cs="Times New Roman"/>
          <w:sz w:val="24"/>
          <w:szCs w:val="24"/>
        </w:rPr>
        <w:t xml:space="preserve"> of Monark University affiliation clearly visible in the published article under the author's name</w:t>
      </w:r>
    </w:p>
    <w:p w14:paraId="28316B68" w14:textId="77777777" w:rsidR="00ED6D06" w:rsidRPr="002D15C5" w:rsidRDefault="00ED6D06" w:rsidP="002D15C5">
      <w:pPr>
        <w:pStyle w:val="ListParagraph"/>
        <w:numPr>
          <w:ilvl w:val="0"/>
          <w:numId w:val="18"/>
        </w:numPr>
        <w:spacing w:after="0"/>
        <w:jc w:val="both"/>
        <w:rPr>
          <w:rFonts w:cs="Times New Roman"/>
          <w:sz w:val="24"/>
          <w:szCs w:val="24"/>
        </w:rPr>
      </w:pPr>
      <w:r w:rsidRPr="002D15C5">
        <w:rPr>
          <w:rFonts w:cs="Times New Roman"/>
          <w:sz w:val="24"/>
          <w:szCs w:val="24"/>
        </w:rPr>
        <w:t>Screenshot from Scopus / WOS Author Profile (after login) showing the article title and author name listed under the applicant’s profile</w:t>
      </w:r>
    </w:p>
    <w:p w14:paraId="79DB4B5A" w14:textId="647EDE30" w:rsidR="003C67DB" w:rsidRPr="002D15C5" w:rsidRDefault="00ED6D06" w:rsidP="00C16D49">
      <w:pPr>
        <w:pStyle w:val="ListParagraph"/>
        <w:numPr>
          <w:ilvl w:val="0"/>
          <w:numId w:val="18"/>
        </w:numPr>
        <w:spacing w:after="0"/>
        <w:jc w:val="both"/>
        <w:rPr>
          <w:rFonts w:cs="Times New Roman"/>
          <w:sz w:val="24"/>
          <w:szCs w:val="24"/>
        </w:rPr>
      </w:pPr>
      <w:r w:rsidRPr="002D15C5">
        <w:rPr>
          <w:rFonts w:cs="Times New Roman"/>
          <w:sz w:val="24"/>
          <w:szCs w:val="24"/>
        </w:rPr>
        <w:t>Signed Nomination Form (if multiple Monark authors, designating a single eligible recipient)</w:t>
      </w:r>
    </w:p>
    <w:sectPr w:rsidR="003C67DB" w:rsidRPr="002D15C5" w:rsidSect="00293DC8">
      <w:pgSz w:w="12240" w:h="15840"/>
      <w:pgMar w:top="63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4F1085"/>
    <w:multiLevelType w:val="hybridMultilevel"/>
    <w:tmpl w:val="ED3237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5944AD"/>
    <w:multiLevelType w:val="hybridMultilevel"/>
    <w:tmpl w:val="429E01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29D8C6AA">
      <w:numFmt w:val="bullet"/>
      <w:lvlText w:val="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B82C5D"/>
    <w:multiLevelType w:val="hybridMultilevel"/>
    <w:tmpl w:val="94841B6A"/>
    <w:lvl w:ilvl="0" w:tplc="43381414">
      <w:start w:val="1"/>
      <w:numFmt w:val="bullet"/>
      <w:lvlText w:val="-"/>
      <w:lvlJc w:val="left"/>
      <w:pPr>
        <w:ind w:left="54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68E014F"/>
    <w:multiLevelType w:val="hybridMultilevel"/>
    <w:tmpl w:val="E7B23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640C3"/>
    <w:multiLevelType w:val="hybridMultilevel"/>
    <w:tmpl w:val="55F05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1C1233"/>
    <w:multiLevelType w:val="hybridMultilevel"/>
    <w:tmpl w:val="E57E8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22468"/>
    <w:multiLevelType w:val="hybridMultilevel"/>
    <w:tmpl w:val="B42A3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2B2B7C"/>
    <w:multiLevelType w:val="hybridMultilevel"/>
    <w:tmpl w:val="030E8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2E4AE4"/>
    <w:multiLevelType w:val="hybridMultilevel"/>
    <w:tmpl w:val="96967AF0"/>
    <w:lvl w:ilvl="0" w:tplc="4338141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549074573">
    <w:abstractNumId w:val="8"/>
  </w:num>
  <w:num w:numId="2" w16cid:durableId="1568807796">
    <w:abstractNumId w:val="6"/>
  </w:num>
  <w:num w:numId="3" w16cid:durableId="736824826">
    <w:abstractNumId w:val="5"/>
  </w:num>
  <w:num w:numId="4" w16cid:durableId="2036807233">
    <w:abstractNumId w:val="4"/>
  </w:num>
  <w:num w:numId="5" w16cid:durableId="1828324735">
    <w:abstractNumId w:val="7"/>
  </w:num>
  <w:num w:numId="6" w16cid:durableId="506558050">
    <w:abstractNumId w:val="3"/>
  </w:num>
  <w:num w:numId="7" w16cid:durableId="1809594029">
    <w:abstractNumId w:val="2"/>
  </w:num>
  <w:num w:numId="8" w16cid:durableId="738357784">
    <w:abstractNumId w:val="1"/>
  </w:num>
  <w:num w:numId="9" w16cid:durableId="1711225483">
    <w:abstractNumId w:val="0"/>
  </w:num>
  <w:num w:numId="10" w16cid:durableId="2046830698">
    <w:abstractNumId w:val="10"/>
  </w:num>
  <w:num w:numId="11" w16cid:durableId="243540065">
    <w:abstractNumId w:val="9"/>
  </w:num>
  <w:num w:numId="12" w16cid:durableId="1258053873">
    <w:abstractNumId w:val="14"/>
  </w:num>
  <w:num w:numId="13" w16cid:durableId="626737201">
    <w:abstractNumId w:val="11"/>
  </w:num>
  <w:num w:numId="14" w16cid:durableId="1560900390">
    <w:abstractNumId w:val="17"/>
  </w:num>
  <w:num w:numId="15" w16cid:durableId="450133898">
    <w:abstractNumId w:val="12"/>
  </w:num>
  <w:num w:numId="16" w16cid:durableId="1210847044">
    <w:abstractNumId w:val="13"/>
  </w:num>
  <w:num w:numId="17" w16cid:durableId="1858695641">
    <w:abstractNumId w:val="16"/>
  </w:num>
  <w:num w:numId="18" w16cid:durableId="61343880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0CE6"/>
    <w:rsid w:val="0006741F"/>
    <w:rsid w:val="000944E1"/>
    <w:rsid w:val="000B1DA7"/>
    <w:rsid w:val="000E1D12"/>
    <w:rsid w:val="0015074B"/>
    <w:rsid w:val="00166C32"/>
    <w:rsid w:val="001733F3"/>
    <w:rsid w:val="0019138B"/>
    <w:rsid w:val="001A0EA8"/>
    <w:rsid w:val="001E3260"/>
    <w:rsid w:val="00216C60"/>
    <w:rsid w:val="00224ECE"/>
    <w:rsid w:val="00241954"/>
    <w:rsid w:val="002560C2"/>
    <w:rsid w:val="00293DC8"/>
    <w:rsid w:val="0029639D"/>
    <w:rsid w:val="002B2CD3"/>
    <w:rsid w:val="002D15C5"/>
    <w:rsid w:val="002E6D5A"/>
    <w:rsid w:val="002F1966"/>
    <w:rsid w:val="003041FB"/>
    <w:rsid w:val="00317E7C"/>
    <w:rsid w:val="00326F90"/>
    <w:rsid w:val="00341284"/>
    <w:rsid w:val="00345EFE"/>
    <w:rsid w:val="00352FA7"/>
    <w:rsid w:val="0035497F"/>
    <w:rsid w:val="003774BC"/>
    <w:rsid w:val="003826FC"/>
    <w:rsid w:val="003A08CA"/>
    <w:rsid w:val="003C67DB"/>
    <w:rsid w:val="003D6C1D"/>
    <w:rsid w:val="00405A9D"/>
    <w:rsid w:val="00467093"/>
    <w:rsid w:val="00486F23"/>
    <w:rsid w:val="004B1C23"/>
    <w:rsid w:val="004C127C"/>
    <w:rsid w:val="004C40EC"/>
    <w:rsid w:val="00513745"/>
    <w:rsid w:val="0052517C"/>
    <w:rsid w:val="005271CD"/>
    <w:rsid w:val="00534294"/>
    <w:rsid w:val="00543690"/>
    <w:rsid w:val="00554282"/>
    <w:rsid w:val="00575714"/>
    <w:rsid w:val="00596341"/>
    <w:rsid w:val="005964EE"/>
    <w:rsid w:val="005A785A"/>
    <w:rsid w:val="005C08DA"/>
    <w:rsid w:val="0062762B"/>
    <w:rsid w:val="00631A3D"/>
    <w:rsid w:val="00653B6F"/>
    <w:rsid w:val="00675878"/>
    <w:rsid w:val="00723D7A"/>
    <w:rsid w:val="00732578"/>
    <w:rsid w:val="00740BAC"/>
    <w:rsid w:val="00742E38"/>
    <w:rsid w:val="0075300E"/>
    <w:rsid w:val="007A52F8"/>
    <w:rsid w:val="007A75C7"/>
    <w:rsid w:val="007D79CD"/>
    <w:rsid w:val="007E333F"/>
    <w:rsid w:val="00803A03"/>
    <w:rsid w:val="00824286"/>
    <w:rsid w:val="00876BC9"/>
    <w:rsid w:val="00922254"/>
    <w:rsid w:val="009527D8"/>
    <w:rsid w:val="009E3650"/>
    <w:rsid w:val="00A52B97"/>
    <w:rsid w:val="00A70E93"/>
    <w:rsid w:val="00A861B3"/>
    <w:rsid w:val="00A868F6"/>
    <w:rsid w:val="00A87A90"/>
    <w:rsid w:val="00AA1D8D"/>
    <w:rsid w:val="00AA1DA2"/>
    <w:rsid w:val="00AA25D8"/>
    <w:rsid w:val="00B142A1"/>
    <w:rsid w:val="00B401B2"/>
    <w:rsid w:val="00B47730"/>
    <w:rsid w:val="00B56F8F"/>
    <w:rsid w:val="00B711F2"/>
    <w:rsid w:val="00B76E90"/>
    <w:rsid w:val="00BA4D17"/>
    <w:rsid w:val="00BB3C28"/>
    <w:rsid w:val="00BF1519"/>
    <w:rsid w:val="00C0150A"/>
    <w:rsid w:val="00C36128"/>
    <w:rsid w:val="00C644C2"/>
    <w:rsid w:val="00C80DA4"/>
    <w:rsid w:val="00C92C28"/>
    <w:rsid w:val="00CB0664"/>
    <w:rsid w:val="00CD090D"/>
    <w:rsid w:val="00D01490"/>
    <w:rsid w:val="00D428CE"/>
    <w:rsid w:val="00D433D0"/>
    <w:rsid w:val="00D442FD"/>
    <w:rsid w:val="00D47ACA"/>
    <w:rsid w:val="00D57A01"/>
    <w:rsid w:val="00D94D55"/>
    <w:rsid w:val="00D9720E"/>
    <w:rsid w:val="00E35687"/>
    <w:rsid w:val="00E57E3F"/>
    <w:rsid w:val="00EA37D8"/>
    <w:rsid w:val="00EA3A3C"/>
    <w:rsid w:val="00EB4C2E"/>
    <w:rsid w:val="00EB4E75"/>
    <w:rsid w:val="00EC32BE"/>
    <w:rsid w:val="00ED6D06"/>
    <w:rsid w:val="00F20F57"/>
    <w:rsid w:val="00F23CF5"/>
    <w:rsid w:val="00F94187"/>
    <w:rsid w:val="00FC693F"/>
    <w:rsid w:val="00FD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DEBD2C"/>
  <w14:defaultImageDpi w14:val="300"/>
  <w15:docId w15:val="{09A8CC38-2AC7-4848-A63A-A91E92F18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519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4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Tanmay Pandit</cp:lastModifiedBy>
  <cp:revision>40</cp:revision>
  <dcterms:created xsi:type="dcterms:W3CDTF">2025-07-07T16:26:00Z</dcterms:created>
  <dcterms:modified xsi:type="dcterms:W3CDTF">2025-07-10T04:30:00Z</dcterms:modified>
  <cp:category/>
</cp:coreProperties>
</file>