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77777777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43646C58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</w:t>
      </w:r>
      <w:r w:rsidR="0009477C">
        <w:rPr>
          <w:rFonts w:asciiTheme="minorHAnsi" w:hAnsiTheme="minorHAnsi" w:cs="Times New Roman"/>
          <w:b/>
          <w:bCs/>
          <w:color w:val="auto"/>
          <w:sz w:val="32"/>
          <w:szCs w:val="32"/>
        </w:rPr>
        <w:t>E</w:t>
      </w: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9C7845" w:rsidRPr="009C7845">
        <w:rPr>
          <w:rFonts w:asciiTheme="minorHAnsi" w:hAnsiTheme="minorHAnsi" w:cs="Times New Roman"/>
          <w:b/>
          <w:bCs/>
          <w:color w:val="auto"/>
          <w:sz w:val="32"/>
          <w:szCs w:val="32"/>
        </w:rPr>
        <w:t>Nomination Form for Incentive</w:t>
      </w:r>
      <w:r w:rsidR="005C1CBE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for </w:t>
      </w:r>
      <w:r w:rsidR="005C1CBE" w:rsidRPr="005C1CBE">
        <w:rPr>
          <w:rFonts w:asciiTheme="minorHAnsi" w:hAnsiTheme="minorHAnsi" w:cs="Times New Roman"/>
          <w:b/>
          <w:bCs/>
          <w:color w:val="auto"/>
          <w:sz w:val="32"/>
          <w:szCs w:val="32"/>
        </w:rPr>
        <w:t>Patent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587BA157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A. </w:t>
      </w:r>
      <w:r w:rsidR="00C40E22">
        <w:rPr>
          <w:rFonts w:asciiTheme="minorHAnsi" w:hAnsiTheme="minorHAnsi" w:cs="Times New Roman"/>
          <w:color w:val="auto"/>
          <w:sz w:val="24"/>
          <w:szCs w:val="24"/>
        </w:rPr>
        <w:t>Publication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2610"/>
        <w:gridCol w:w="4945"/>
      </w:tblGrid>
      <w:tr w:rsidR="00554282" w:rsidRPr="00BF1519" w14:paraId="6D539A08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7F1A8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12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7F1A8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865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7F1A8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BF1519">
        <w:tc>
          <w:tcPr>
            <w:tcW w:w="623" w:type="pct"/>
          </w:tcPr>
          <w:p w14:paraId="3B490CD5" w14:textId="47CEA489" w:rsidR="00554282" w:rsidRPr="00BF1519" w:rsidRDefault="00554282" w:rsidP="007F1A8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14:paraId="7C7E1ED1" w14:textId="08C2BD2D" w:rsidR="00554282" w:rsidRPr="00BF1519" w:rsidRDefault="00915F18" w:rsidP="007F1A86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 xml:space="preserve">Title of the </w:t>
            </w:r>
            <w:r w:rsidR="00792850">
              <w:rPr>
                <w:sz w:val="24"/>
                <w:szCs w:val="24"/>
              </w:rPr>
              <w:t>Patent</w:t>
            </w:r>
          </w:p>
        </w:tc>
        <w:tc>
          <w:tcPr>
            <w:tcW w:w="2865" w:type="pct"/>
          </w:tcPr>
          <w:p w14:paraId="0D713728" w14:textId="77777777" w:rsidR="00554282" w:rsidRPr="00BF1519" w:rsidRDefault="00554282" w:rsidP="007F1A8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BF1519">
        <w:tc>
          <w:tcPr>
            <w:tcW w:w="623" w:type="pct"/>
          </w:tcPr>
          <w:p w14:paraId="663B5AF2" w14:textId="510BBA6B" w:rsidR="00554282" w:rsidRPr="00BF1519" w:rsidRDefault="00554282" w:rsidP="007F1A8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14:paraId="0E1CDD65" w14:textId="62D9C951" w:rsidR="00554282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Patent office</w:t>
            </w:r>
            <w:r w:rsidR="00915F18" w:rsidRPr="0053492D">
              <w:rPr>
                <w:sz w:val="24"/>
                <w:szCs w:val="24"/>
              </w:rPr>
              <w:t xml:space="preserve"> Name</w:t>
            </w:r>
          </w:p>
        </w:tc>
        <w:tc>
          <w:tcPr>
            <w:tcW w:w="2865" w:type="pct"/>
          </w:tcPr>
          <w:p w14:paraId="04661940" w14:textId="77777777" w:rsidR="00554282" w:rsidRPr="00BF1519" w:rsidRDefault="00554282" w:rsidP="007F1A8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92850" w:rsidRPr="00BF1519" w14:paraId="3175BE35" w14:textId="77777777" w:rsidTr="00BF1519">
        <w:tc>
          <w:tcPr>
            <w:tcW w:w="623" w:type="pct"/>
          </w:tcPr>
          <w:p w14:paraId="3F601746" w14:textId="3F2430F5" w:rsidR="00792850" w:rsidRPr="00BF1519" w:rsidRDefault="00792850" w:rsidP="007F1A8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14:paraId="6469AF6B" w14:textId="01AFDF0B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Application </w:t>
            </w:r>
          </w:p>
        </w:tc>
        <w:tc>
          <w:tcPr>
            <w:tcW w:w="2865" w:type="pct"/>
          </w:tcPr>
          <w:p w14:paraId="457B97A7" w14:textId="77777777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92850" w:rsidRPr="00BF1519" w14:paraId="2FC1FB1E" w14:textId="77777777" w:rsidTr="00BF1519">
        <w:tc>
          <w:tcPr>
            <w:tcW w:w="623" w:type="pct"/>
          </w:tcPr>
          <w:p w14:paraId="0D0EB73F" w14:textId="0D50EBE4" w:rsidR="00792850" w:rsidRPr="00BF1519" w:rsidRDefault="00792850" w:rsidP="007F1A8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14:paraId="0898A403" w14:textId="530C5880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filling</w:t>
            </w:r>
          </w:p>
        </w:tc>
        <w:tc>
          <w:tcPr>
            <w:tcW w:w="2865" w:type="pct"/>
          </w:tcPr>
          <w:p w14:paraId="62D8BC70" w14:textId="77777777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92850" w:rsidRPr="00BF1519" w14:paraId="3A8DB1E8" w14:textId="77777777" w:rsidTr="00BF1519">
        <w:tc>
          <w:tcPr>
            <w:tcW w:w="623" w:type="pct"/>
          </w:tcPr>
          <w:p w14:paraId="3FCB6CFD" w14:textId="214D6843" w:rsidR="00792850" w:rsidRPr="00BF1519" w:rsidRDefault="00792850" w:rsidP="007F1A8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14:paraId="7A20FD80" w14:textId="1BAC067D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of Grant </w:t>
            </w:r>
          </w:p>
        </w:tc>
        <w:tc>
          <w:tcPr>
            <w:tcW w:w="2865" w:type="pct"/>
          </w:tcPr>
          <w:p w14:paraId="5EA9FE4D" w14:textId="77777777" w:rsidR="00792850" w:rsidRPr="00BF1519" w:rsidRDefault="00792850" w:rsidP="007F1A86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64C8040C" w:rsidR="003C67DB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53492D" w:rsidRPr="0053492D">
        <w:rPr>
          <w:rFonts w:asciiTheme="minorHAnsi" w:hAnsiTheme="minorHAnsi" w:cs="Times New Roman"/>
          <w:color w:val="auto"/>
          <w:sz w:val="24"/>
          <w:szCs w:val="24"/>
        </w:rPr>
        <w:t>Monark University Author Details and Nomination</w:t>
      </w:r>
    </w:p>
    <w:p w14:paraId="66AA89EF" w14:textId="275A9CCB" w:rsidR="00E437C9" w:rsidRPr="00E437C9" w:rsidRDefault="00E437C9" w:rsidP="00E437C9">
      <w:pPr>
        <w:spacing w:after="0" w:line="360" w:lineRule="auto"/>
        <w:rPr>
          <w:sz w:val="24"/>
          <w:szCs w:val="24"/>
        </w:rPr>
      </w:pPr>
      <w:r w:rsidRPr="00E437C9">
        <w:rPr>
          <w:sz w:val="24"/>
          <w:szCs w:val="24"/>
        </w:rPr>
        <w:t xml:space="preserve">List all </w:t>
      </w:r>
      <w:r w:rsidR="00645E4C">
        <w:rPr>
          <w:sz w:val="24"/>
          <w:szCs w:val="24"/>
        </w:rPr>
        <w:t>Inventors</w:t>
      </w:r>
      <w:r w:rsidRPr="00E437C9">
        <w:rPr>
          <w:sz w:val="24"/>
          <w:szCs w:val="24"/>
        </w:rPr>
        <w:t xml:space="preserve"> from Monark University and indicate the nominated recipient.</w:t>
      </w:r>
    </w:p>
    <w:tbl>
      <w:tblPr>
        <w:tblW w:w="8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2562"/>
        <w:gridCol w:w="2340"/>
        <w:gridCol w:w="2790"/>
      </w:tblGrid>
      <w:tr w:rsidR="00E437C9" w:rsidRPr="00C4093D" w14:paraId="32688B3E" w14:textId="77777777" w:rsidTr="007F1A86">
        <w:tc>
          <w:tcPr>
            <w:tcW w:w="943" w:type="dxa"/>
            <w:shd w:val="clear" w:color="auto" w:fill="D9D9D9" w:themeFill="background1" w:themeFillShade="D9"/>
            <w:vAlign w:val="center"/>
          </w:tcPr>
          <w:p w14:paraId="377A9055" w14:textId="312BCAD2" w:rsidR="00E437C9" w:rsidRPr="007F1A86" w:rsidRDefault="00E437C9" w:rsidP="007F1A8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7F1A86">
              <w:rPr>
                <w:b/>
                <w:bCs/>
                <w:sz w:val="24"/>
                <w:szCs w:val="24"/>
              </w:rPr>
              <w:t>S</w:t>
            </w:r>
            <w:r w:rsidR="007F1A86">
              <w:rPr>
                <w:b/>
                <w:bCs/>
                <w:sz w:val="24"/>
                <w:szCs w:val="24"/>
              </w:rPr>
              <w:t>r</w:t>
            </w:r>
            <w:r w:rsidRPr="007F1A86">
              <w:rPr>
                <w:b/>
                <w:bCs/>
                <w:sz w:val="24"/>
                <w:szCs w:val="24"/>
              </w:rPr>
              <w:t>. No.</w:t>
            </w:r>
          </w:p>
        </w:tc>
        <w:tc>
          <w:tcPr>
            <w:tcW w:w="2562" w:type="dxa"/>
            <w:shd w:val="clear" w:color="auto" w:fill="D9D9D9" w:themeFill="background1" w:themeFillShade="D9"/>
            <w:vAlign w:val="center"/>
          </w:tcPr>
          <w:p w14:paraId="73FFE60A" w14:textId="75026B2A" w:rsidR="00E437C9" w:rsidRPr="007F1A86" w:rsidRDefault="00E437C9" w:rsidP="007F1A86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7F1A86">
              <w:rPr>
                <w:b/>
                <w:bCs/>
                <w:sz w:val="24"/>
                <w:szCs w:val="24"/>
              </w:rPr>
              <w:t xml:space="preserve">Name of </w:t>
            </w:r>
            <w:r w:rsidR="00826617" w:rsidRPr="007F1A86">
              <w:rPr>
                <w:b/>
                <w:bCs/>
                <w:sz w:val="24"/>
                <w:szCs w:val="24"/>
              </w:rPr>
              <w:t>Inventor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3B2913AE" w14:textId="77777777" w:rsidR="00E437C9" w:rsidRPr="007F1A86" w:rsidRDefault="00E437C9" w:rsidP="007F1A8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7F1A86">
              <w:rPr>
                <w:b/>
                <w:bCs/>
                <w:sz w:val="24"/>
                <w:szCs w:val="24"/>
              </w:rPr>
              <w:t>Department / Designation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31E4D267" w14:textId="77777777" w:rsidR="00E437C9" w:rsidRPr="007F1A86" w:rsidRDefault="00E437C9" w:rsidP="007F1A8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7F1A86">
              <w:rPr>
                <w:b/>
                <w:bCs/>
                <w:sz w:val="24"/>
                <w:szCs w:val="24"/>
              </w:rPr>
              <w:t>Signature &amp; Consent</w:t>
            </w:r>
          </w:p>
        </w:tc>
      </w:tr>
      <w:tr w:rsidR="00E437C9" w:rsidRPr="00C4093D" w14:paraId="46FB9DE6" w14:textId="77777777" w:rsidTr="007F1A86">
        <w:tc>
          <w:tcPr>
            <w:tcW w:w="943" w:type="dxa"/>
            <w:vAlign w:val="center"/>
          </w:tcPr>
          <w:p w14:paraId="6FB28A7C" w14:textId="77777777" w:rsidR="00E437C9" w:rsidRPr="00C4093D" w:rsidRDefault="00E437C9" w:rsidP="007F1A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1</w:t>
            </w:r>
          </w:p>
        </w:tc>
        <w:tc>
          <w:tcPr>
            <w:tcW w:w="2562" w:type="dxa"/>
          </w:tcPr>
          <w:p w14:paraId="2F77A365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BC42658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4EFFD0D7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1E287D2C" w14:textId="77777777" w:rsidTr="007F1A86">
        <w:tc>
          <w:tcPr>
            <w:tcW w:w="943" w:type="dxa"/>
            <w:vAlign w:val="center"/>
          </w:tcPr>
          <w:p w14:paraId="3DE55992" w14:textId="77777777" w:rsidR="00E437C9" w:rsidRPr="00C4093D" w:rsidRDefault="00E437C9" w:rsidP="007F1A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2</w:t>
            </w:r>
          </w:p>
        </w:tc>
        <w:tc>
          <w:tcPr>
            <w:tcW w:w="2562" w:type="dxa"/>
          </w:tcPr>
          <w:p w14:paraId="22AA07CA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6FF98A60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533E7557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7DD2E9AA" w14:textId="77777777" w:rsidTr="007F1A86">
        <w:tc>
          <w:tcPr>
            <w:tcW w:w="943" w:type="dxa"/>
            <w:vAlign w:val="center"/>
          </w:tcPr>
          <w:p w14:paraId="1256D069" w14:textId="77777777" w:rsidR="00E437C9" w:rsidRPr="00C4093D" w:rsidRDefault="00E437C9" w:rsidP="007F1A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3</w:t>
            </w:r>
          </w:p>
        </w:tc>
        <w:tc>
          <w:tcPr>
            <w:tcW w:w="2562" w:type="dxa"/>
          </w:tcPr>
          <w:p w14:paraId="2786144D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5DC5A4BD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024DCD8A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30F19DDF" w14:textId="77777777" w:rsidTr="007F1A86">
        <w:tc>
          <w:tcPr>
            <w:tcW w:w="943" w:type="dxa"/>
            <w:vAlign w:val="center"/>
          </w:tcPr>
          <w:p w14:paraId="1F5B2A5B" w14:textId="77777777" w:rsidR="00E437C9" w:rsidRPr="00C4093D" w:rsidRDefault="00E437C9" w:rsidP="007F1A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4</w:t>
            </w:r>
          </w:p>
        </w:tc>
        <w:tc>
          <w:tcPr>
            <w:tcW w:w="2562" w:type="dxa"/>
          </w:tcPr>
          <w:p w14:paraId="07749863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F06D1B4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63A7A1A8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6CF97EFD" w14:textId="77777777" w:rsidTr="007F1A86">
        <w:tc>
          <w:tcPr>
            <w:tcW w:w="943" w:type="dxa"/>
            <w:vAlign w:val="center"/>
          </w:tcPr>
          <w:p w14:paraId="404246CF" w14:textId="77777777" w:rsidR="00E437C9" w:rsidRPr="00C4093D" w:rsidRDefault="00E437C9" w:rsidP="007F1A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5</w:t>
            </w:r>
          </w:p>
        </w:tc>
        <w:tc>
          <w:tcPr>
            <w:tcW w:w="2562" w:type="dxa"/>
          </w:tcPr>
          <w:p w14:paraId="49A34206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728BD52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10F39DCD" w14:textId="77777777" w:rsidR="00E437C9" w:rsidRPr="00C4093D" w:rsidRDefault="00E437C9" w:rsidP="007F1A86">
            <w:pPr>
              <w:spacing w:after="0" w:line="240" w:lineRule="auto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</w:tbl>
    <w:p w14:paraId="33962AC4" w14:textId="77777777" w:rsidR="007F1A86" w:rsidRPr="007F1A86" w:rsidRDefault="007F1A86" w:rsidP="007F1A86">
      <w:pPr>
        <w:spacing w:after="0" w:line="360" w:lineRule="auto"/>
        <w:jc w:val="both"/>
        <w:rPr>
          <w:rFonts w:ascii="Cambria" w:hAnsi="Cambria" w:cs="Segoe UI Symbol"/>
          <w:sz w:val="12"/>
          <w:szCs w:val="12"/>
        </w:rPr>
      </w:pPr>
    </w:p>
    <w:p w14:paraId="168A0F68" w14:textId="3AC62297" w:rsidR="003961E8" w:rsidRPr="00C4093D" w:rsidRDefault="007F1A86" w:rsidP="007F1A86">
      <w:pPr>
        <w:jc w:val="both"/>
        <w:rPr>
          <w:sz w:val="24"/>
          <w:szCs w:val="24"/>
        </w:rPr>
      </w:pPr>
      <w:r>
        <w:rPr>
          <w:rFonts w:ascii="Cambria" w:hAnsi="Cambria" w:cs="Segoe UI Symbol"/>
          <w:sz w:val="24"/>
          <w:szCs w:val="24"/>
        </w:rPr>
        <w:t>⧠</w:t>
      </w:r>
      <w:r w:rsidR="003961E8" w:rsidRPr="00C4093D">
        <w:rPr>
          <w:sz w:val="24"/>
          <w:szCs w:val="24"/>
        </w:rPr>
        <w:t xml:space="preserve"> We, the </w:t>
      </w:r>
      <w:r>
        <w:rPr>
          <w:sz w:val="24"/>
          <w:szCs w:val="24"/>
        </w:rPr>
        <w:t>overdesigned</w:t>
      </w:r>
      <w:r w:rsidR="003961E8" w:rsidRPr="00C4093D">
        <w:rPr>
          <w:sz w:val="24"/>
          <w:szCs w:val="24"/>
        </w:rPr>
        <w:t xml:space="preserve"> </w:t>
      </w:r>
      <w:r w:rsidR="008A7CFA">
        <w:rPr>
          <w:sz w:val="24"/>
          <w:szCs w:val="24"/>
        </w:rPr>
        <w:t>inventors</w:t>
      </w:r>
      <w:r w:rsidR="003961E8" w:rsidRPr="00C4093D">
        <w:rPr>
          <w:sz w:val="24"/>
          <w:szCs w:val="24"/>
        </w:rPr>
        <w:t>, hereby nominate the following individual to receive the incentive:</w:t>
      </w:r>
    </w:p>
    <w:p w14:paraId="497DB98F" w14:textId="2A7D2C96" w:rsidR="003961E8" w:rsidRPr="00C4093D" w:rsidRDefault="003961E8" w:rsidP="00C4093D">
      <w:pPr>
        <w:spacing w:after="0" w:line="360" w:lineRule="auto"/>
        <w:rPr>
          <w:sz w:val="24"/>
          <w:szCs w:val="24"/>
        </w:rPr>
      </w:pPr>
      <w:r w:rsidRPr="00C4093D">
        <w:rPr>
          <w:sz w:val="24"/>
          <w:szCs w:val="24"/>
        </w:rPr>
        <w:t xml:space="preserve">Name of Nominated </w:t>
      </w:r>
      <w:r w:rsidR="007F1A86">
        <w:rPr>
          <w:sz w:val="24"/>
          <w:szCs w:val="24"/>
        </w:rPr>
        <w:t>Inventor</w:t>
      </w:r>
      <w:r w:rsidRPr="00C4093D">
        <w:rPr>
          <w:sz w:val="24"/>
          <w:szCs w:val="24"/>
        </w:rPr>
        <w:t>: ____________________________________________</w:t>
      </w:r>
    </w:p>
    <w:p w14:paraId="7744864D" w14:textId="77777777" w:rsidR="003961E8" w:rsidRPr="00C4093D" w:rsidRDefault="003961E8" w:rsidP="00C4093D">
      <w:pPr>
        <w:spacing w:after="0" w:line="360" w:lineRule="auto"/>
        <w:rPr>
          <w:sz w:val="24"/>
          <w:szCs w:val="24"/>
        </w:rPr>
      </w:pPr>
      <w:r w:rsidRPr="00C4093D">
        <w:rPr>
          <w:sz w:val="24"/>
          <w:szCs w:val="24"/>
        </w:rPr>
        <w:t>Designation &amp; Department: ____________________________________________</w:t>
      </w:r>
    </w:p>
    <w:p w14:paraId="6F4BC31E" w14:textId="77777777" w:rsidR="007F1A86" w:rsidRPr="007F1A86" w:rsidRDefault="007F1A86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"/>
          <w:szCs w:val="2"/>
        </w:rPr>
      </w:pPr>
    </w:p>
    <w:p w14:paraId="1C231923" w14:textId="22F36A8F" w:rsidR="0062762B" w:rsidRPr="00BF1519" w:rsidRDefault="0062762B" w:rsidP="007F1A86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215E252B" w14:textId="77777777" w:rsidR="003961E8" w:rsidRPr="00C4093D" w:rsidRDefault="003961E8" w:rsidP="007F1A86">
      <w:pPr>
        <w:spacing w:after="0" w:line="360" w:lineRule="auto"/>
        <w:jc w:val="both"/>
        <w:rPr>
          <w:sz w:val="24"/>
          <w:szCs w:val="24"/>
        </w:rPr>
      </w:pPr>
      <w:r w:rsidRPr="00C4093D">
        <w:rPr>
          <w:sz w:val="24"/>
          <w:szCs w:val="24"/>
        </w:rPr>
        <w:t>We declare that the above information is true and correct to the best of our knowledge. We understand that the incentive will be granted solely to the nominated author mentioned above.</w:t>
      </w:r>
    </w:p>
    <w:p w14:paraId="5C0A2652" w14:textId="792A63C7" w:rsidR="00744E62" w:rsidRPr="00A2034A" w:rsidRDefault="00744E62" w:rsidP="00A2034A">
      <w:pPr>
        <w:spacing w:after="0" w:line="360" w:lineRule="auto"/>
        <w:rPr>
          <w:sz w:val="24"/>
          <w:szCs w:val="24"/>
        </w:rPr>
      </w:pPr>
      <w:r w:rsidRPr="00A2034A">
        <w:rPr>
          <w:sz w:val="24"/>
          <w:szCs w:val="24"/>
        </w:rPr>
        <w:t>Date: _____________________</w:t>
      </w:r>
      <w:r w:rsidR="007F1A86">
        <w:rPr>
          <w:sz w:val="24"/>
          <w:szCs w:val="24"/>
        </w:rPr>
        <w:t xml:space="preserve">    </w:t>
      </w:r>
      <w:r w:rsidR="007F1A86">
        <w:rPr>
          <w:sz w:val="24"/>
          <w:szCs w:val="24"/>
        </w:rPr>
        <w:tab/>
      </w:r>
      <w:r w:rsidR="007F1A86">
        <w:rPr>
          <w:sz w:val="24"/>
          <w:szCs w:val="24"/>
        </w:rPr>
        <w:tab/>
      </w:r>
      <w:r w:rsidR="007F1A86">
        <w:rPr>
          <w:sz w:val="24"/>
          <w:szCs w:val="24"/>
        </w:rPr>
        <w:tab/>
      </w:r>
      <w:r w:rsidR="007F1A86">
        <w:rPr>
          <w:sz w:val="24"/>
          <w:szCs w:val="24"/>
        </w:rPr>
        <w:tab/>
      </w:r>
      <w:r w:rsidR="007F1A86">
        <w:rPr>
          <w:sz w:val="24"/>
          <w:szCs w:val="24"/>
        </w:rPr>
        <w:tab/>
      </w:r>
      <w:r w:rsidRPr="00A2034A">
        <w:rPr>
          <w:sz w:val="24"/>
          <w:szCs w:val="24"/>
        </w:rPr>
        <w:t>Place: ____________________</w:t>
      </w:r>
    </w:p>
    <w:p w14:paraId="6B5D48B8" w14:textId="77777777" w:rsidR="00744E62" w:rsidRPr="007F1A86" w:rsidRDefault="00744E62" w:rsidP="00554282">
      <w:pPr>
        <w:spacing w:after="0" w:line="360" w:lineRule="auto"/>
        <w:rPr>
          <w:rFonts w:cs="Times New Roman"/>
          <w:sz w:val="10"/>
          <w:szCs w:val="10"/>
        </w:rPr>
      </w:pPr>
    </w:p>
    <w:p w14:paraId="71A55C17" w14:textId="2DF21442" w:rsidR="0062762B" w:rsidRPr="00BF1519" w:rsidRDefault="001A0EA8" w:rsidP="007F1A86">
      <w:pPr>
        <w:pStyle w:val="Heading1"/>
        <w:spacing w:before="0" w:line="36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79DB4B5A" w14:textId="5E7E5A31" w:rsidR="003C67DB" w:rsidRPr="002D15C5" w:rsidRDefault="0062762B" w:rsidP="007F1A86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sectPr w:rsidR="003C67DB" w:rsidRPr="002D15C5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2468"/>
    <w:multiLevelType w:val="hybridMultilevel"/>
    <w:tmpl w:val="B42A3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B2B7C"/>
    <w:multiLevelType w:val="hybridMultilevel"/>
    <w:tmpl w:val="030E8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591044513">
    <w:abstractNumId w:val="8"/>
  </w:num>
  <w:num w:numId="2" w16cid:durableId="1924607794">
    <w:abstractNumId w:val="6"/>
  </w:num>
  <w:num w:numId="3" w16cid:durableId="417100864">
    <w:abstractNumId w:val="5"/>
  </w:num>
  <w:num w:numId="4" w16cid:durableId="1190069680">
    <w:abstractNumId w:val="4"/>
  </w:num>
  <w:num w:numId="5" w16cid:durableId="1569073122">
    <w:abstractNumId w:val="7"/>
  </w:num>
  <w:num w:numId="6" w16cid:durableId="1072699011">
    <w:abstractNumId w:val="3"/>
  </w:num>
  <w:num w:numId="7" w16cid:durableId="1163619515">
    <w:abstractNumId w:val="2"/>
  </w:num>
  <w:num w:numId="8" w16cid:durableId="697044271">
    <w:abstractNumId w:val="1"/>
  </w:num>
  <w:num w:numId="9" w16cid:durableId="344944974">
    <w:abstractNumId w:val="0"/>
  </w:num>
  <w:num w:numId="10" w16cid:durableId="1775051511">
    <w:abstractNumId w:val="10"/>
  </w:num>
  <w:num w:numId="11" w16cid:durableId="1659460076">
    <w:abstractNumId w:val="9"/>
  </w:num>
  <w:num w:numId="12" w16cid:durableId="859659881">
    <w:abstractNumId w:val="14"/>
  </w:num>
  <w:num w:numId="13" w16cid:durableId="571542765">
    <w:abstractNumId w:val="11"/>
  </w:num>
  <w:num w:numId="14" w16cid:durableId="2074112955">
    <w:abstractNumId w:val="17"/>
  </w:num>
  <w:num w:numId="15" w16cid:durableId="1597788558">
    <w:abstractNumId w:val="12"/>
  </w:num>
  <w:num w:numId="16" w16cid:durableId="1646006921">
    <w:abstractNumId w:val="13"/>
  </w:num>
  <w:num w:numId="17" w16cid:durableId="1130629681">
    <w:abstractNumId w:val="16"/>
  </w:num>
  <w:num w:numId="18" w16cid:durableId="10809055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0CE6"/>
    <w:rsid w:val="0006741F"/>
    <w:rsid w:val="000944E1"/>
    <w:rsid w:val="0009477C"/>
    <w:rsid w:val="000B1DA7"/>
    <w:rsid w:val="000E1D12"/>
    <w:rsid w:val="001144FE"/>
    <w:rsid w:val="0015074B"/>
    <w:rsid w:val="00166C32"/>
    <w:rsid w:val="001733F3"/>
    <w:rsid w:val="001A0EA8"/>
    <w:rsid w:val="001E3260"/>
    <w:rsid w:val="00216C60"/>
    <w:rsid w:val="00224ECE"/>
    <w:rsid w:val="00241954"/>
    <w:rsid w:val="00293DC8"/>
    <w:rsid w:val="0029639D"/>
    <w:rsid w:val="002A01E5"/>
    <w:rsid w:val="002B2CD3"/>
    <w:rsid w:val="002D15C5"/>
    <w:rsid w:val="002E6D5A"/>
    <w:rsid w:val="002F1966"/>
    <w:rsid w:val="003041FB"/>
    <w:rsid w:val="00317E7C"/>
    <w:rsid w:val="00326F90"/>
    <w:rsid w:val="00341284"/>
    <w:rsid w:val="00345EFE"/>
    <w:rsid w:val="00352FA7"/>
    <w:rsid w:val="0035497F"/>
    <w:rsid w:val="0036042F"/>
    <w:rsid w:val="003774BC"/>
    <w:rsid w:val="003826FC"/>
    <w:rsid w:val="003961E8"/>
    <w:rsid w:val="003A08CA"/>
    <w:rsid w:val="003C67DB"/>
    <w:rsid w:val="003D6C1D"/>
    <w:rsid w:val="00436E8F"/>
    <w:rsid w:val="00456655"/>
    <w:rsid w:val="00467093"/>
    <w:rsid w:val="00486F23"/>
    <w:rsid w:val="004A3503"/>
    <w:rsid w:val="004B1C23"/>
    <w:rsid w:val="004C127C"/>
    <w:rsid w:val="004C40EC"/>
    <w:rsid w:val="00513745"/>
    <w:rsid w:val="0052517C"/>
    <w:rsid w:val="005271CD"/>
    <w:rsid w:val="00534294"/>
    <w:rsid w:val="0053492D"/>
    <w:rsid w:val="00543690"/>
    <w:rsid w:val="00554282"/>
    <w:rsid w:val="00575714"/>
    <w:rsid w:val="00596341"/>
    <w:rsid w:val="005964EE"/>
    <w:rsid w:val="005A785A"/>
    <w:rsid w:val="005C1CBE"/>
    <w:rsid w:val="0062762B"/>
    <w:rsid w:val="00631A3D"/>
    <w:rsid w:val="00645E4C"/>
    <w:rsid w:val="00665058"/>
    <w:rsid w:val="00675878"/>
    <w:rsid w:val="00723D7A"/>
    <w:rsid w:val="00732578"/>
    <w:rsid w:val="00740BAC"/>
    <w:rsid w:val="00742E38"/>
    <w:rsid w:val="00744E62"/>
    <w:rsid w:val="0075300E"/>
    <w:rsid w:val="00792850"/>
    <w:rsid w:val="007A52F8"/>
    <w:rsid w:val="007A75C7"/>
    <w:rsid w:val="007D6DBE"/>
    <w:rsid w:val="007F1A86"/>
    <w:rsid w:val="00803A03"/>
    <w:rsid w:val="00824286"/>
    <w:rsid w:val="00826617"/>
    <w:rsid w:val="00876BC9"/>
    <w:rsid w:val="008A7CFA"/>
    <w:rsid w:val="00915F18"/>
    <w:rsid w:val="00922254"/>
    <w:rsid w:val="009C7845"/>
    <w:rsid w:val="009E3650"/>
    <w:rsid w:val="00A2034A"/>
    <w:rsid w:val="00A52B97"/>
    <w:rsid w:val="00A70E93"/>
    <w:rsid w:val="00A868F6"/>
    <w:rsid w:val="00AA1D8D"/>
    <w:rsid w:val="00AA25D8"/>
    <w:rsid w:val="00AD07B6"/>
    <w:rsid w:val="00B142A1"/>
    <w:rsid w:val="00B401B2"/>
    <w:rsid w:val="00B47730"/>
    <w:rsid w:val="00B56F8F"/>
    <w:rsid w:val="00B711F2"/>
    <w:rsid w:val="00B76E90"/>
    <w:rsid w:val="00BA4D17"/>
    <w:rsid w:val="00BF1519"/>
    <w:rsid w:val="00C0150A"/>
    <w:rsid w:val="00C36128"/>
    <w:rsid w:val="00C4093D"/>
    <w:rsid w:val="00C40E22"/>
    <w:rsid w:val="00C62F58"/>
    <w:rsid w:val="00C644C2"/>
    <w:rsid w:val="00C80DA4"/>
    <w:rsid w:val="00C92C28"/>
    <w:rsid w:val="00CB0664"/>
    <w:rsid w:val="00CD090D"/>
    <w:rsid w:val="00D01490"/>
    <w:rsid w:val="00D428CE"/>
    <w:rsid w:val="00D442FD"/>
    <w:rsid w:val="00D47ACA"/>
    <w:rsid w:val="00D57A01"/>
    <w:rsid w:val="00D728B8"/>
    <w:rsid w:val="00D94D55"/>
    <w:rsid w:val="00D9720E"/>
    <w:rsid w:val="00E35687"/>
    <w:rsid w:val="00E437C9"/>
    <w:rsid w:val="00E57E3F"/>
    <w:rsid w:val="00EA37D8"/>
    <w:rsid w:val="00EA3A3C"/>
    <w:rsid w:val="00EB4C2E"/>
    <w:rsid w:val="00EB4E75"/>
    <w:rsid w:val="00EC32BE"/>
    <w:rsid w:val="00ED6D06"/>
    <w:rsid w:val="00F20F57"/>
    <w:rsid w:val="00F23CF5"/>
    <w:rsid w:val="00F30012"/>
    <w:rsid w:val="00F94187"/>
    <w:rsid w:val="00FC4CE4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60</cp:revision>
  <dcterms:created xsi:type="dcterms:W3CDTF">2025-07-07T16:26:00Z</dcterms:created>
  <dcterms:modified xsi:type="dcterms:W3CDTF">2025-07-10T04:35:00Z</dcterms:modified>
  <cp:category/>
</cp:coreProperties>
</file>