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9489EC" w14:textId="77777777" w:rsidR="00554282" w:rsidRPr="00554282" w:rsidRDefault="00554282" w:rsidP="00554282">
      <w:pPr>
        <w:spacing w:after="0" w:line="278" w:lineRule="auto"/>
        <w:jc w:val="center"/>
        <w:rPr>
          <w:rFonts w:eastAsia="Calibri" w:cs="Mangal"/>
          <w:b/>
          <w:bCs/>
          <w:color w:val="002060"/>
          <w:kern w:val="2"/>
          <w:sz w:val="60"/>
          <w:szCs w:val="60"/>
          <w14:ligatures w14:val="standardContextual"/>
        </w:rPr>
      </w:pPr>
      <w:r w:rsidRPr="00554282">
        <w:rPr>
          <w:rFonts w:eastAsia="Calibri" w:cs="Mangal"/>
          <w:b/>
          <w:bCs/>
          <w:color w:val="ED7D31"/>
          <w:kern w:val="2"/>
          <w:sz w:val="72"/>
          <w:szCs w:val="72"/>
          <w14:ligatures w14:val="standardContextual"/>
        </w:rPr>
        <w:t>MONARK</w:t>
      </w:r>
      <w:r w:rsidRPr="00554282">
        <w:rPr>
          <w:rFonts w:eastAsia="Calibri" w:cs="Mangal"/>
          <w:b/>
          <w:bCs/>
          <w:kern w:val="2"/>
          <w:sz w:val="72"/>
          <w:szCs w:val="72"/>
          <w14:ligatures w14:val="standardContextual"/>
        </w:rPr>
        <w:t xml:space="preserve"> </w:t>
      </w:r>
      <w:r w:rsidRPr="00554282">
        <w:rPr>
          <w:rFonts w:eastAsia="Calibri" w:cs="Mangal"/>
          <w:b/>
          <w:bCs/>
          <w:color w:val="002060"/>
          <w:kern w:val="2"/>
          <w:sz w:val="72"/>
          <w:szCs w:val="72"/>
          <w14:ligatures w14:val="standardContextual"/>
        </w:rPr>
        <w:t>UNIVERSITY</w:t>
      </w:r>
    </w:p>
    <w:p w14:paraId="6FB49F4F" w14:textId="385EE854" w:rsidR="00554282" w:rsidRPr="00BF1519" w:rsidRDefault="00554282" w:rsidP="00293DC8">
      <w:pPr>
        <w:spacing w:line="278" w:lineRule="auto"/>
        <w:jc w:val="center"/>
        <w:rPr>
          <w:rFonts w:eastAsia="Calibri" w:cs="Mangal"/>
          <w:b/>
          <w:bCs/>
          <w:kern w:val="2"/>
          <w:sz w:val="24"/>
          <w:szCs w:val="24"/>
          <w14:ligatures w14:val="standardContextual"/>
        </w:rPr>
      </w:pPr>
      <w:r w:rsidRPr="00554282">
        <w:rPr>
          <w:rFonts w:eastAsia="Calibri" w:cs="Mangal"/>
          <w:b/>
          <w:bCs/>
          <w:kern w:val="2"/>
          <w:sz w:val="24"/>
          <w:szCs w:val="24"/>
          <w14:ligatures w14:val="standardContextual"/>
        </w:rPr>
        <w:t>(Established under Gujarat Private Universities Act, 2009)</w:t>
      </w:r>
    </w:p>
    <w:p w14:paraId="1870E7CA" w14:textId="3C42D736" w:rsidR="003C67DB" w:rsidRPr="00BF1519" w:rsidRDefault="00554282" w:rsidP="00534294">
      <w:pPr>
        <w:pStyle w:val="Title"/>
        <w:spacing w:after="0"/>
        <w:jc w:val="center"/>
        <w:rPr>
          <w:rFonts w:asciiTheme="minorHAnsi" w:hAnsiTheme="minorHAnsi" w:cs="Times New Roman"/>
          <w:color w:val="auto"/>
          <w:sz w:val="40"/>
          <w:szCs w:val="40"/>
        </w:rPr>
      </w:pPr>
      <w:r w:rsidRPr="00293DC8">
        <w:rPr>
          <w:rFonts w:asciiTheme="minorHAnsi" w:hAnsiTheme="minorHAnsi" w:cs="Times New Roman"/>
          <w:b/>
          <w:bCs/>
          <w:color w:val="auto"/>
          <w:sz w:val="32"/>
          <w:szCs w:val="32"/>
        </w:rPr>
        <w:t>Annexure-</w:t>
      </w:r>
      <w:r w:rsidR="00F34D54">
        <w:rPr>
          <w:rFonts w:asciiTheme="minorHAnsi" w:hAnsiTheme="minorHAnsi" w:cs="Times New Roman"/>
          <w:b/>
          <w:bCs/>
          <w:color w:val="auto"/>
          <w:sz w:val="32"/>
          <w:szCs w:val="32"/>
        </w:rPr>
        <w:t>F</w:t>
      </w:r>
      <w:r w:rsidRPr="00293DC8">
        <w:rPr>
          <w:rFonts w:asciiTheme="minorHAnsi" w:hAnsiTheme="minorHAnsi" w:cs="Times New Roman"/>
          <w:b/>
          <w:bCs/>
          <w:color w:val="auto"/>
          <w:sz w:val="32"/>
          <w:szCs w:val="32"/>
        </w:rPr>
        <w:t>:</w:t>
      </w:r>
      <w:r w:rsidR="00293DC8" w:rsidRPr="00293DC8">
        <w:rPr>
          <w:rFonts w:asciiTheme="minorHAnsi" w:hAnsiTheme="minorHAnsi" w:cs="Times New Roman"/>
          <w:b/>
          <w:bCs/>
          <w:color w:val="auto"/>
          <w:sz w:val="32"/>
          <w:szCs w:val="32"/>
        </w:rPr>
        <w:t xml:space="preserve"> </w:t>
      </w:r>
      <w:r w:rsidR="009C7845" w:rsidRPr="009C7845">
        <w:rPr>
          <w:rFonts w:asciiTheme="minorHAnsi" w:hAnsiTheme="minorHAnsi" w:cs="Times New Roman"/>
          <w:b/>
          <w:bCs/>
          <w:color w:val="auto"/>
          <w:sz w:val="32"/>
          <w:szCs w:val="32"/>
        </w:rPr>
        <w:t>Nomination Form for</w:t>
      </w:r>
      <w:r w:rsidR="00F67C31">
        <w:rPr>
          <w:rFonts w:asciiTheme="minorHAnsi" w:hAnsiTheme="minorHAnsi" w:cs="Times New Roman"/>
          <w:b/>
          <w:bCs/>
          <w:color w:val="auto"/>
          <w:sz w:val="32"/>
          <w:szCs w:val="32"/>
        </w:rPr>
        <w:t xml:space="preserve"> </w:t>
      </w:r>
      <w:r w:rsidR="00F34D54" w:rsidRPr="00F34D54">
        <w:rPr>
          <w:rFonts w:asciiTheme="minorHAnsi" w:hAnsiTheme="minorHAnsi" w:cs="Times New Roman"/>
          <w:b/>
          <w:bCs/>
          <w:color w:val="auto"/>
          <w:sz w:val="32"/>
          <w:szCs w:val="32"/>
        </w:rPr>
        <w:t>Publication</w:t>
      </w:r>
    </w:p>
    <w:p w14:paraId="25AB69E6" w14:textId="77777777" w:rsidR="00293DC8" w:rsidRDefault="00293DC8" w:rsidP="00293DC8">
      <w:pPr>
        <w:pStyle w:val="Heading1"/>
        <w:spacing w:before="0" w:line="240" w:lineRule="auto"/>
        <w:rPr>
          <w:rFonts w:asciiTheme="minorHAnsi" w:hAnsiTheme="minorHAnsi" w:cs="Times New Roman"/>
          <w:color w:val="auto"/>
          <w:sz w:val="24"/>
          <w:szCs w:val="24"/>
        </w:rPr>
      </w:pPr>
    </w:p>
    <w:p w14:paraId="3189D16F" w14:textId="587BA157" w:rsidR="00D428CE" w:rsidRPr="00BF1519" w:rsidRDefault="00D428CE" w:rsidP="00293DC8">
      <w:pPr>
        <w:pStyle w:val="Heading1"/>
        <w:spacing w:before="0" w:line="240" w:lineRule="auto"/>
        <w:rPr>
          <w:rFonts w:asciiTheme="minorHAnsi" w:hAnsiTheme="minorHAnsi" w:cs="Times New Roman"/>
          <w:color w:val="auto"/>
          <w:sz w:val="24"/>
          <w:szCs w:val="24"/>
        </w:rPr>
      </w:pPr>
      <w:r w:rsidRPr="00BF1519">
        <w:rPr>
          <w:rFonts w:asciiTheme="minorHAnsi" w:hAnsiTheme="minorHAnsi" w:cs="Times New Roman"/>
          <w:color w:val="auto"/>
          <w:sz w:val="24"/>
          <w:szCs w:val="24"/>
        </w:rPr>
        <w:t xml:space="preserve">A. </w:t>
      </w:r>
      <w:r w:rsidR="00C40E22">
        <w:rPr>
          <w:rFonts w:asciiTheme="minorHAnsi" w:hAnsiTheme="minorHAnsi" w:cs="Times New Roman"/>
          <w:color w:val="auto"/>
          <w:sz w:val="24"/>
          <w:szCs w:val="24"/>
        </w:rPr>
        <w:t>Publication Details</w:t>
      </w:r>
    </w:p>
    <w:p w14:paraId="11885661" w14:textId="77777777" w:rsidR="00554282" w:rsidRPr="00BF1519" w:rsidRDefault="00554282" w:rsidP="00554282">
      <w:pPr>
        <w:rPr>
          <w:sz w:val="2"/>
          <w:szCs w:val="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76"/>
        <w:gridCol w:w="2970"/>
        <w:gridCol w:w="4584"/>
      </w:tblGrid>
      <w:tr w:rsidR="00554282" w:rsidRPr="00BF1519" w14:paraId="6D539A08" w14:textId="77777777" w:rsidTr="00670FD2">
        <w:tc>
          <w:tcPr>
            <w:tcW w:w="623" w:type="pct"/>
            <w:shd w:val="clear" w:color="auto" w:fill="D9D9D9" w:themeFill="background1" w:themeFillShade="D9"/>
          </w:tcPr>
          <w:p w14:paraId="61B4229C" w14:textId="3ED8FF4D" w:rsidR="00554282" w:rsidRPr="00BF1519" w:rsidRDefault="00554282" w:rsidP="00BF1519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BF1519">
              <w:rPr>
                <w:b/>
                <w:bCs/>
                <w:sz w:val="24"/>
                <w:szCs w:val="24"/>
              </w:rPr>
              <w:t>Sr. No.</w:t>
            </w:r>
          </w:p>
        </w:tc>
        <w:tc>
          <w:tcPr>
            <w:tcW w:w="1721" w:type="pct"/>
            <w:shd w:val="clear" w:color="auto" w:fill="D9D9D9" w:themeFill="background1" w:themeFillShade="D9"/>
          </w:tcPr>
          <w:p w14:paraId="56A0A153" w14:textId="5E33910B" w:rsidR="00554282" w:rsidRPr="00BF1519" w:rsidRDefault="00554282" w:rsidP="00BF1519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BF1519">
              <w:rPr>
                <w:b/>
                <w:bCs/>
                <w:sz w:val="24"/>
                <w:szCs w:val="24"/>
              </w:rPr>
              <w:t>Title</w:t>
            </w:r>
          </w:p>
        </w:tc>
        <w:tc>
          <w:tcPr>
            <w:tcW w:w="2656" w:type="pct"/>
            <w:shd w:val="clear" w:color="auto" w:fill="D9D9D9" w:themeFill="background1" w:themeFillShade="D9"/>
          </w:tcPr>
          <w:p w14:paraId="6B59C125" w14:textId="590B1FAF" w:rsidR="00554282" w:rsidRPr="00BF1519" w:rsidRDefault="00554282" w:rsidP="00BF1519">
            <w:pPr>
              <w:spacing w:line="360" w:lineRule="auto"/>
              <w:jc w:val="center"/>
              <w:rPr>
                <w:b/>
                <w:bCs/>
                <w:sz w:val="24"/>
                <w:szCs w:val="24"/>
              </w:rPr>
            </w:pPr>
            <w:r w:rsidRPr="00BF1519">
              <w:rPr>
                <w:b/>
                <w:bCs/>
                <w:sz w:val="24"/>
                <w:szCs w:val="24"/>
              </w:rPr>
              <w:t>Details</w:t>
            </w:r>
          </w:p>
        </w:tc>
      </w:tr>
      <w:tr w:rsidR="00554282" w:rsidRPr="00BF1519" w14:paraId="4B5DBD7E" w14:textId="77777777" w:rsidTr="00670FD2">
        <w:tc>
          <w:tcPr>
            <w:tcW w:w="623" w:type="pct"/>
          </w:tcPr>
          <w:p w14:paraId="3B490CD5" w14:textId="47CEA489" w:rsidR="00554282" w:rsidRPr="00BF1519" w:rsidRDefault="00554282" w:rsidP="004C659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1</w:t>
            </w:r>
          </w:p>
        </w:tc>
        <w:tc>
          <w:tcPr>
            <w:tcW w:w="1721" w:type="pct"/>
          </w:tcPr>
          <w:p w14:paraId="7C7E1ED1" w14:textId="3537C40C" w:rsidR="00554282" w:rsidRPr="00BF1519" w:rsidRDefault="00915F18" w:rsidP="00CF2D2A">
            <w:pPr>
              <w:spacing w:line="360" w:lineRule="auto"/>
              <w:rPr>
                <w:sz w:val="24"/>
                <w:szCs w:val="24"/>
              </w:rPr>
            </w:pPr>
            <w:r w:rsidRPr="0053492D">
              <w:rPr>
                <w:sz w:val="24"/>
                <w:szCs w:val="24"/>
              </w:rPr>
              <w:t>Title of the Article</w:t>
            </w:r>
          </w:p>
        </w:tc>
        <w:tc>
          <w:tcPr>
            <w:tcW w:w="2656" w:type="pct"/>
          </w:tcPr>
          <w:p w14:paraId="0D713728" w14:textId="77777777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54282" w:rsidRPr="00BF1519" w14:paraId="5BE37082" w14:textId="77777777" w:rsidTr="00670FD2">
        <w:tc>
          <w:tcPr>
            <w:tcW w:w="623" w:type="pct"/>
          </w:tcPr>
          <w:p w14:paraId="663B5AF2" w14:textId="510BBA6B" w:rsidR="00554282" w:rsidRPr="00BF1519" w:rsidRDefault="00554282" w:rsidP="004C659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2</w:t>
            </w:r>
          </w:p>
        </w:tc>
        <w:tc>
          <w:tcPr>
            <w:tcW w:w="1721" w:type="pct"/>
          </w:tcPr>
          <w:p w14:paraId="0E1CDD65" w14:textId="23D767D7" w:rsidR="00554282" w:rsidRPr="00BF1519" w:rsidRDefault="00915F18" w:rsidP="00CF2D2A">
            <w:pPr>
              <w:spacing w:line="360" w:lineRule="auto"/>
              <w:rPr>
                <w:sz w:val="24"/>
                <w:szCs w:val="24"/>
              </w:rPr>
            </w:pPr>
            <w:r w:rsidRPr="0053492D">
              <w:rPr>
                <w:sz w:val="24"/>
                <w:szCs w:val="24"/>
              </w:rPr>
              <w:t>Journal Name</w:t>
            </w:r>
          </w:p>
        </w:tc>
        <w:tc>
          <w:tcPr>
            <w:tcW w:w="2656" w:type="pct"/>
          </w:tcPr>
          <w:p w14:paraId="04661940" w14:textId="77777777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54282" w:rsidRPr="00BF1519" w14:paraId="3175BE35" w14:textId="77777777" w:rsidTr="00670FD2">
        <w:tc>
          <w:tcPr>
            <w:tcW w:w="623" w:type="pct"/>
          </w:tcPr>
          <w:p w14:paraId="3F601746" w14:textId="3F2430F5" w:rsidR="00554282" w:rsidRPr="00BF1519" w:rsidRDefault="00554282" w:rsidP="004C659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3</w:t>
            </w:r>
          </w:p>
        </w:tc>
        <w:tc>
          <w:tcPr>
            <w:tcW w:w="1721" w:type="pct"/>
          </w:tcPr>
          <w:p w14:paraId="6469AF6B" w14:textId="7EC06D87" w:rsidR="00554282" w:rsidRPr="00BF1519" w:rsidRDefault="00915F18" w:rsidP="00CF2D2A">
            <w:pPr>
              <w:spacing w:line="360" w:lineRule="auto"/>
              <w:rPr>
                <w:sz w:val="24"/>
                <w:szCs w:val="24"/>
              </w:rPr>
            </w:pPr>
            <w:r w:rsidRPr="0053492D">
              <w:rPr>
                <w:sz w:val="24"/>
                <w:szCs w:val="24"/>
              </w:rPr>
              <w:t>Publisher</w:t>
            </w:r>
          </w:p>
        </w:tc>
        <w:tc>
          <w:tcPr>
            <w:tcW w:w="2656" w:type="pct"/>
          </w:tcPr>
          <w:p w14:paraId="457B97A7" w14:textId="77777777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54282" w:rsidRPr="00BF1519" w14:paraId="2FC1FB1E" w14:textId="77777777" w:rsidTr="00670FD2">
        <w:tc>
          <w:tcPr>
            <w:tcW w:w="623" w:type="pct"/>
          </w:tcPr>
          <w:p w14:paraId="0D0EB73F" w14:textId="0D50EBE4" w:rsidR="00554282" w:rsidRPr="00BF1519" w:rsidRDefault="00554282" w:rsidP="004C659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4</w:t>
            </w:r>
          </w:p>
        </w:tc>
        <w:tc>
          <w:tcPr>
            <w:tcW w:w="1721" w:type="pct"/>
          </w:tcPr>
          <w:p w14:paraId="0898A403" w14:textId="4785BDAB" w:rsidR="00554282" w:rsidRPr="00BF1519" w:rsidRDefault="00915F18" w:rsidP="00CF2D2A">
            <w:pPr>
              <w:spacing w:line="360" w:lineRule="auto"/>
              <w:rPr>
                <w:sz w:val="24"/>
                <w:szCs w:val="24"/>
              </w:rPr>
            </w:pPr>
            <w:r w:rsidRPr="0053492D">
              <w:rPr>
                <w:sz w:val="24"/>
                <w:szCs w:val="24"/>
              </w:rPr>
              <w:t>DOI &amp;URL</w:t>
            </w:r>
          </w:p>
        </w:tc>
        <w:tc>
          <w:tcPr>
            <w:tcW w:w="2656" w:type="pct"/>
          </w:tcPr>
          <w:p w14:paraId="62D8BC70" w14:textId="77777777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54282" w:rsidRPr="00BF1519" w14:paraId="3A8DB1E8" w14:textId="77777777" w:rsidTr="00670FD2">
        <w:tc>
          <w:tcPr>
            <w:tcW w:w="623" w:type="pct"/>
          </w:tcPr>
          <w:p w14:paraId="3FCB6CFD" w14:textId="214D6843" w:rsidR="00554282" w:rsidRPr="00BF1519" w:rsidRDefault="00554282" w:rsidP="004C659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5</w:t>
            </w:r>
          </w:p>
        </w:tc>
        <w:tc>
          <w:tcPr>
            <w:tcW w:w="1721" w:type="pct"/>
          </w:tcPr>
          <w:p w14:paraId="7A20FD80" w14:textId="73E6EA83" w:rsidR="00554282" w:rsidRPr="00BF1519" w:rsidRDefault="00915F18" w:rsidP="00CF2D2A">
            <w:pPr>
              <w:spacing w:line="360" w:lineRule="auto"/>
              <w:rPr>
                <w:sz w:val="24"/>
                <w:szCs w:val="24"/>
              </w:rPr>
            </w:pPr>
            <w:r w:rsidRPr="0053492D">
              <w:rPr>
                <w:sz w:val="24"/>
                <w:szCs w:val="24"/>
              </w:rPr>
              <w:t>Year of Publication</w:t>
            </w:r>
          </w:p>
        </w:tc>
        <w:tc>
          <w:tcPr>
            <w:tcW w:w="2656" w:type="pct"/>
          </w:tcPr>
          <w:p w14:paraId="5EA9FE4D" w14:textId="77777777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554282" w:rsidRPr="00BF1519" w14:paraId="0AADA62B" w14:textId="77777777" w:rsidTr="00670FD2">
        <w:tc>
          <w:tcPr>
            <w:tcW w:w="623" w:type="pct"/>
          </w:tcPr>
          <w:p w14:paraId="5A96A0F8" w14:textId="42CC634A" w:rsidR="00554282" w:rsidRPr="00BF1519" w:rsidRDefault="00554282" w:rsidP="004C659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F1519">
              <w:rPr>
                <w:sz w:val="24"/>
                <w:szCs w:val="24"/>
              </w:rPr>
              <w:t>6</w:t>
            </w:r>
          </w:p>
        </w:tc>
        <w:tc>
          <w:tcPr>
            <w:tcW w:w="1721" w:type="pct"/>
          </w:tcPr>
          <w:p w14:paraId="5FAA3A1C" w14:textId="7B116FD6" w:rsidR="00554282" w:rsidRPr="00BF1519" w:rsidRDefault="00915F18" w:rsidP="005D15EE">
            <w:pPr>
              <w:spacing w:line="276" w:lineRule="auto"/>
              <w:rPr>
                <w:sz w:val="24"/>
                <w:szCs w:val="24"/>
              </w:rPr>
            </w:pPr>
            <w:r w:rsidRPr="0053492D">
              <w:rPr>
                <w:sz w:val="24"/>
                <w:szCs w:val="24"/>
              </w:rPr>
              <w:t>Volume / Issue / Page No.</w:t>
            </w:r>
          </w:p>
        </w:tc>
        <w:tc>
          <w:tcPr>
            <w:tcW w:w="2656" w:type="pct"/>
          </w:tcPr>
          <w:p w14:paraId="20843338" w14:textId="77777777" w:rsidR="00554282" w:rsidRPr="00BF1519" w:rsidRDefault="00554282" w:rsidP="00BF1519">
            <w:pPr>
              <w:spacing w:line="360" w:lineRule="auto"/>
              <w:rPr>
                <w:sz w:val="24"/>
                <w:szCs w:val="24"/>
              </w:rPr>
            </w:pPr>
          </w:p>
        </w:tc>
      </w:tr>
    </w:tbl>
    <w:p w14:paraId="04F0732C" w14:textId="77777777" w:rsidR="00293DC8" w:rsidRPr="00293DC8" w:rsidRDefault="00293DC8" w:rsidP="00293DC8">
      <w:pPr>
        <w:pStyle w:val="Heading1"/>
        <w:spacing w:before="0" w:after="240" w:line="240" w:lineRule="auto"/>
        <w:rPr>
          <w:rFonts w:asciiTheme="minorHAnsi" w:hAnsiTheme="minorHAnsi" w:cs="Times New Roman"/>
          <w:color w:val="auto"/>
          <w:sz w:val="2"/>
          <w:szCs w:val="2"/>
        </w:rPr>
      </w:pPr>
    </w:p>
    <w:p w14:paraId="218DA004" w14:textId="64C8040C" w:rsidR="003C67DB" w:rsidRDefault="005964EE" w:rsidP="00293DC8">
      <w:pPr>
        <w:pStyle w:val="Heading1"/>
        <w:spacing w:before="0" w:after="240" w:line="240" w:lineRule="auto"/>
        <w:rPr>
          <w:rFonts w:asciiTheme="minorHAnsi" w:hAnsiTheme="minorHAnsi" w:cs="Times New Roman"/>
          <w:color w:val="auto"/>
          <w:sz w:val="24"/>
          <w:szCs w:val="24"/>
        </w:rPr>
      </w:pPr>
      <w:r w:rsidRPr="00BF1519">
        <w:rPr>
          <w:rFonts w:asciiTheme="minorHAnsi" w:hAnsiTheme="minorHAnsi" w:cs="Times New Roman"/>
          <w:color w:val="auto"/>
          <w:sz w:val="24"/>
          <w:szCs w:val="24"/>
        </w:rPr>
        <w:t xml:space="preserve">B. </w:t>
      </w:r>
      <w:r w:rsidR="0053492D" w:rsidRPr="0053492D">
        <w:rPr>
          <w:rFonts w:asciiTheme="minorHAnsi" w:hAnsiTheme="minorHAnsi" w:cs="Times New Roman"/>
          <w:color w:val="auto"/>
          <w:sz w:val="24"/>
          <w:szCs w:val="24"/>
        </w:rPr>
        <w:t>Monark University Author Details and Nomination</w:t>
      </w:r>
    </w:p>
    <w:p w14:paraId="66AA89EF" w14:textId="77777777" w:rsidR="00E437C9" w:rsidRPr="00E437C9" w:rsidRDefault="00E437C9" w:rsidP="00E437C9">
      <w:pPr>
        <w:spacing w:after="0" w:line="360" w:lineRule="auto"/>
        <w:rPr>
          <w:sz w:val="24"/>
          <w:szCs w:val="24"/>
        </w:rPr>
      </w:pPr>
      <w:r w:rsidRPr="00E437C9">
        <w:rPr>
          <w:sz w:val="24"/>
          <w:szCs w:val="24"/>
        </w:rPr>
        <w:t>List all authors from Monark University and indicate the nominated recipient.</w:t>
      </w:r>
    </w:p>
    <w:tbl>
      <w:tblPr>
        <w:tblW w:w="8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3"/>
        <w:gridCol w:w="2562"/>
        <w:gridCol w:w="2340"/>
        <w:gridCol w:w="2790"/>
      </w:tblGrid>
      <w:tr w:rsidR="00E437C9" w:rsidRPr="00C4093D" w14:paraId="32688B3E" w14:textId="77777777" w:rsidTr="00670FD2">
        <w:tc>
          <w:tcPr>
            <w:tcW w:w="943" w:type="dxa"/>
            <w:shd w:val="clear" w:color="auto" w:fill="D9D9D9" w:themeFill="background1" w:themeFillShade="D9"/>
            <w:vAlign w:val="center"/>
          </w:tcPr>
          <w:p w14:paraId="377A9055" w14:textId="015CD56F" w:rsidR="00E437C9" w:rsidRPr="00670FD2" w:rsidRDefault="00E437C9" w:rsidP="00670FD2">
            <w:pPr>
              <w:spacing w:after="0"/>
              <w:rPr>
                <w:b/>
                <w:bCs/>
                <w:sz w:val="24"/>
                <w:szCs w:val="24"/>
              </w:rPr>
            </w:pPr>
            <w:r w:rsidRPr="00670FD2">
              <w:rPr>
                <w:b/>
                <w:bCs/>
                <w:sz w:val="24"/>
                <w:szCs w:val="24"/>
              </w:rPr>
              <w:t>S</w:t>
            </w:r>
            <w:r w:rsidR="00670FD2">
              <w:rPr>
                <w:b/>
                <w:bCs/>
                <w:sz w:val="24"/>
                <w:szCs w:val="24"/>
              </w:rPr>
              <w:t>r</w:t>
            </w:r>
            <w:r w:rsidRPr="00670FD2">
              <w:rPr>
                <w:b/>
                <w:bCs/>
                <w:sz w:val="24"/>
                <w:szCs w:val="24"/>
              </w:rPr>
              <w:t>. No.</w:t>
            </w:r>
          </w:p>
        </w:tc>
        <w:tc>
          <w:tcPr>
            <w:tcW w:w="2562" w:type="dxa"/>
            <w:shd w:val="clear" w:color="auto" w:fill="D9D9D9" w:themeFill="background1" w:themeFillShade="D9"/>
            <w:vAlign w:val="center"/>
          </w:tcPr>
          <w:p w14:paraId="73FFE60A" w14:textId="77777777" w:rsidR="00E437C9" w:rsidRPr="00670FD2" w:rsidRDefault="00E437C9" w:rsidP="00670FD2">
            <w:pPr>
              <w:spacing w:after="0"/>
              <w:rPr>
                <w:b/>
                <w:bCs/>
                <w:sz w:val="24"/>
                <w:szCs w:val="24"/>
              </w:rPr>
            </w:pPr>
            <w:r w:rsidRPr="00670FD2">
              <w:rPr>
                <w:b/>
                <w:bCs/>
                <w:sz w:val="24"/>
                <w:szCs w:val="24"/>
              </w:rPr>
              <w:t>Name of Author</w:t>
            </w:r>
          </w:p>
        </w:tc>
        <w:tc>
          <w:tcPr>
            <w:tcW w:w="2340" w:type="dxa"/>
            <w:shd w:val="clear" w:color="auto" w:fill="D9D9D9" w:themeFill="background1" w:themeFillShade="D9"/>
            <w:vAlign w:val="center"/>
          </w:tcPr>
          <w:p w14:paraId="3B2913AE" w14:textId="77777777" w:rsidR="00E437C9" w:rsidRPr="00670FD2" w:rsidRDefault="00E437C9" w:rsidP="00670FD2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670FD2">
              <w:rPr>
                <w:b/>
                <w:bCs/>
                <w:sz w:val="24"/>
                <w:szCs w:val="24"/>
              </w:rPr>
              <w:t>Department / Designation</w:t>
            </w:r>
          </w:p>
        </w:tc>
        <w:tc>
          <w:tcPr>
            <w:tcW w:w="2790" w:type="dxa"/>
            <w:shd w:val="clear" w:color="auto" w:fill="D9D9D9" w:themeFill="background1" w:themeFillShade="D9"/>
            <w:vAlign w:val="center"/>
          </w:tcPr>
          <w:p w14:paraId="31E4D267" w14:textId="77777777" w:rsidR="00E437C9" w:rsidRPr="00670FD2" w:rsidRDefault="00E437C9" w:rsidP="00670FD2">
            <w:pPr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670FD2">
              <w:rPr>
                <w:b/>
                <w:bCs/>
                <w:sz w:val="24"/>
                <w:szCs w:val="24"/>
              </w:rPr>
              <w:t>Signature &amp; Consent</w:t>
            </w:r>
          </w:p>
        </w:tc>
      </w:tr>
      <w:tr w:rsidR="00E437C9" w:rsidRPr="00C4093D" w14:paraId="46FB9DE6" w14:textId="77777777" w:rsidTr="0036042F">
        <w:tc>
          <w:tcPr>
            <w:tcW w:w="943" w:type="dxa"/>
          </w:tcPr>
          <w:p w14:paraId="6FB28A7C" w14:textId="77777777" w:rsidR="00E437C9" w:rsidRPr="00C4093D" w:rsidRDefault="00E437C9" w:rsidP="00670FD2">
            <w:pPr>
              <w:spacing w:after="0"/>
              <w:rPr>
                <w:sz w:val="24"/>
                <w:szCs w:val="24"/>
              </w:rPr>
            </w:pPr>
            <w:r w:rsidRPr="00C4093D">
              <w:rPr>
                <w:sz w:val="24"/>
                <w:szCs w:val="24"/>
              </w:rPr>
              <w:t>1</w:t>
            </w:r>
          </w:p>
        </w:tc>
        <w:tc>
          <w:tcPr>
            <w:tcW w:w="2562" w:type="dxa"/>
          </w:tcPr>
          <w:p w14:paraId="2F77A365" w14:textId="77777777" w:rsidR="00E437C9" w:rsidRPr="00C4093D" w:rsidRDefault="00E437C9" w:rsidP="00670FD2">
            <w:pPr>
              <w:spacing w:after="0"/>
              <w:rPr>
                <w:sz w:val="24"/>
                <w:szCs w:val="24"/>
              </w:rPr>
            </w:pPr>
            <w:r w:rsidRPr="00C4093D">
              <w:rPr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</w:tcPr>
          <w:p w14:paraId="1BC42658" w14:textId="77777777" w:rsidR="00E437C9" w:rsidRPr="00C4093D" w:rsidRDefault="00E437C9" w:rsidP="00670FD2">
            <w:pPr>
              <w:spacing w:after="0"/>
              <w:rPr>
                <w:sz w:val="24"/>
                <w:szCs w:val="24"/>
              </w:rPr>
            </w:pPr>
            <w:r w:rsidRPr="00C4093D">
              <w:rPr>
                <w:sz w:val="24"/>
                <w:szCs w:val="24"/>
              </w:rPr>
              <w:t xml:space="preserve"> </w:t>
            </w:r>
          </w:p>
        </w:tc>
        <w:tc>
          <w:tcPr>
            <w:tcW w:w="2790" w:type="dxa"/>
          </w:tcPr>
          <w:p w14:paraId="4EFFD0D7" w14:textId="77777777" w:rsidR="00E437C9" w:rsidRPr="00C4093D" w:rsidRDefault="00E437C9" w:rsidP="00670FD2">
            <w:pPr>
              <w:spacing w:after="0"/>
              <w:rPr>
                <w:sz w:val="24"/>
                <w:szCs w:val="24"/>
              </w:rPr>
            </w:pPr>
            <w:r w:rsidRPr="00C4093D">
              <w:rPr>
                <w:sz w:val="24"/>
                <w:szCs w:val="24"/>
              </w:rPr>
              <w:t xml:space="preserve"> </w:t>
            </w:r>
          </w:p>
        </w:tc>
      </w:tr>
      <w:tr w:rsidR="00E437C9" w:rsidRPr="00C4093D" w14:paraId="1E287D2C" w14:textId="77777777" w:rsidTr="0036042F">
        <w:tc>
          <w:tcPr>
            <w:tcW w:w="943" w:type="dxa"/>
          </w:tcPr>
          <w:p w14:paraId="3DE55992" w14:textId="77777777" w:rsidR="00E437C9" w:rsidRPr="00C4093D" w:rsidRDefault="00E437C9" w:rsidP="00670FD2">
            <w:pPr>
              <w:spacing w:after="0"/>
              <w:rPr>
                <w:sz w:val="24"/>
                <w:szCs w:val="24"/>
              </w:rPr>
            </w:pPr>
            <w:r w:rsidRPr="00C4093D">
              <w:rPr>
                <w:sz w:val="24"/>
                <w:szCs w:val="24"/>
              </w:rPr>
              <w:t>2</w:t>
            </w:r>
          </w:p>
        </w:tc>
        <w:tc>
          <w:tcPr>
            <w:tcW w:w="2562" w:type="dxa"/>
          </w:tcPr>
          <w:p w14:paraId="22AA07CA" w14:textId="77777777" w:rsidR="00E437C9" w:rsidRPr="00C4093D" w:rsidRDefault="00E437C9" w:rsidP="00670FD2">
            <w:pPr>
              <w:spacing w:after="0"/>
              <w:rPr>
                <w:sz w:val="24"/>
                <w:szCs w:val="24"/>
              </w:rPr>
            </w:pPr>
            <w:r w:rsidRPr="00C4093D">
              <w:rPr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</w:tcPr>
          <w:p w14:paraId="6FF98A60" w14:textId="77777777" w:rsidR="00E437C9" w:rsidRPr="00C4093D" w:rsidRDefault="00E437C9" w:rsidP="00670FD2">
            <w:pPr>
              <w:spacing w:after="0"/>
              <w:rPr>
                <w:sz w:val="24"/>
                <w:szCs w:val="24"/>
              </w:rPr>
            </w:pPr>
            <w:r w:rsidRPr="00C4093D">
              <w:rPr>
                <w:sz w:val="24"/>
                <w:szCs w:val="24"/>
              </w:rPr>
              <w:t xml:space="preserve"> </w:t>
            </w:r>
          </w:p>
        </w:tc>
        <w:tc>
          <w:tcPr>
            <w:tcW w:w="2790" w:type="dxa"/>
          </w:tcPr>
          <w:p w14:paraId="533E7557" w14:textId="77777777" w:rsidR="00E437C9" w:rsidRPr="00C4093D" w:rsidRDefault="00E437C9" w:rsidP="00670FD2">
            <w:pPr>
              <w:spacing w:after="0"/>
              <w:rPr>
                <w:sz w:val="24"/>
                <w:szCs w:val="24"/>
              </w:rPr>
            </w:pPr>
            <w:r w:rsidRPr="00C4093D">
              <w:rPr>
                <w:sz w:val="24"/>
                <w:szCs w:val="24"/>
              </w:rPr>
              <w:t xml:space="preserve"> </w:t>
            </w:r>
          </w:p>
        </w:tc>
      </w:tr>
      <w:tr w:rsidR="00E437C9" w:rsidRPr="00C4093D" w14:paraId="7DD2E9AA" w14:textId="77777777" w:rsidTr="0036042F">
        <w:tc>
          <w:tcPr>
            <w:tcW w:w="943" w:type="dxa"/>
          </w:tcPr>
          <w:p w14:paraId="1256D069" w14:textId="77777777" w:rsidR="00E437C9" w:rsidRPr="00C4093D" w:rsidRDefault="00E437C9" w:rsidP="00670FD2">
            <w:pPr>
              <w:spacing w:after="0"/>
              <w:rPr>
                <w:sz w:val="24"/>
                <w:szCs w:val="24"/>
              </w:rPr>
            </w:pPr>
            <w:r w:rsidRPr="00C4093D">
              <w:rPr>
                <w:sz w:val="24"/>
                <w:szCs w:val="24"/>
              </w:rPr>
              <w:t>3</w:t>
            </w:r>
          </w:p>
        </w:tc>
        <w:tc>
          <w:tcPr>
            <w:tcW w:w="2562" w:type="dxa"/>
          </w:tcPr>
          <w:p w14:paraId="2786144D" w14:textId="77777777" w:rsidR="00E437C9" w:rsidRPr="00C4093D" w:rsidRDefault="00E437C9" w:rsidP="00670FD2">
            <w:pPr>
              <w:spacing w:after="0"/>
              <w:rPr>
                <w:sz w:val="24"/>
                <w:szCs w:val="24"/>
              </w:rPr>
            </w:pPr>
            <w:r w:rsidRPr="00C4093D">
              <w:rPr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</w:tcPr>
          <w:p w14:paraId="5DC5A4BD" w14:textId="77777777" w:rsidR="00E437C9" w:rsidRPr="00C4093D" w:rsidRDefault="00E437C9" w:rsidP="00670FD2">
            <w:pPr>
              <w:spacing w:after="0"/>
              <w:rPr>
                <w:sz w:val="24"/>
                <w:szCs w:val="24"/>
              </w:rPr>
            </w:pPr>
            <w:r w:rsidRPr="00C4093D">
              <w:rPr>
                <w:sz w:val="24"/>
                <w:szCs w:val="24"/>
              </w:rPr>
              <w:t xml:space="preserve"> </w:t>
            </w:r>
          </w:p>
        </w:tc>
        <w:tc>
          <w:tcPr>
            <w:tcW w:w="2790" w:type="dxa"/>
          </w:tcPr>
          <w:p w14:paraId="024DCD8A" w14:textId="77777777" w:rsidR="00E437C9" w:rsidRPr="00C4093D" w:rsidRDefault="00E437C9" w:rsidP="00670FD2">
            <w:pPr>
              <w:spacing w:after="0"/>
              <w:rPr>
                <w:sz w:val="24"/>
                <w:szCs w:val="24"/>
              </w:rPr>
            </w:pPr>
            <w:r w:rsidRPr="00C4093D">
              <w:rPr>
                <w:sz w:val="24"/>
                <w:szCs w:val="24"/>
              </w:rPr>
              <w:t xml:space="preserve"> </w:t>
            </w:r>
          </w:p>
        </w:tc>
      </w:tr>
      <w:tr w:rsidR="00E437C9" w:rsidRPr="00C4093D" w14:paraId="30F19DDF" w14:textId="77777777" w:rsidTr="0036042F">
        <w:tc>
          <w:tcPr>
            <w:tcW w:w="943" w:type="dxa"/>
          </w:tcPr>
          <w:p w14:paraId="1F5B2A5B" w14:textId="77777777" w:rsidR="00E437C9" w:rsidRPr="00C4093D" w:rsidRDefault="00E437C9" w:rsidP="00670FD2">
            <w:pPr>
              <w:spacing w:after="0"/>
              <w:rPr>
                <w:sz w:val="24"/>
                <w:szCs w:val="24"/>
              </w:rPr>
            </w:pPr>
            <w:r w:rsidRPr="00C4093D">
              <w:rPr>
                <w:sz w:val="24"/>
                <w:szCs w:val="24"/>
              </w:rPr>
              <w:t>4</w:t>
            </w:r>
          </w:p>
        </w:tc>
        <w:tc>
          <w:tcPr>
            <w:tcW w:w="2562" w:type="dxa"/>
          </w:tcPr>
          <w:p w14:paraId="07749863" w14:textId="77777777" w:rsidR="00E437C9" w:rsidRPr="00C4093D" w:rsidRDefault="00E437C9" w:rsidP="00670FD2">
            <w:pPr>
              <w:spacing w:after="0"/>
              <w:rPr>
                <w:sz w:val="24"/>
                <w:szCs w:val="24"/>
              </w:rPr>
            </w:pPr>
            <w:r w:rsidRPr="00C4093D">
              <w:rPr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</w:tcPr>
          <w:p w14:paraId="1F06D1B4" w14:textId="77777777" w:rsidR="00E437C9" w:rsidRPr="00C4093D" w:rsidRDefault="00E437C9" w:rsidP="00670FD2">
            <w:pPr>
              <w:spacing w:after="0"/>
              <w:rPr>
                <w:sz w:val="24"/>
                <w:szCs w:val="24"/>
              </w:rPr>
            </w:pPr>
            <w:r w:rsidRPr="00C4093D">
              <w:rPr>
                <w:sz w:val="24"/>
                <w:szCs w:val="24"/>
              </w:rPr>
              <w:t xml:space="preserve"> </w:t>
            </w:r>
          </w:p>
        </w:tc>
        <w:tc>
          <w:tcPr>
            <w:tcW w:w="2790" w:type="dxa"/>
          </w:tcPr>
          <w:p w14:paraId="63A7A1A8" w14:textId="77777777" w:rsidR="00E437C9" w:rsidRPr="00C4093D" w:rsidRDefault="00E437C9" w:rsidP="00670FD2">
            <w:pPr>
              <w:spacing w:after="0"/>
              <w:rPr>
                <w:sz w:val="24"/>
                <w:szCs w:val="24"/>
              </w:rPr>
            </w:pPr>
            <w:r w:rsidRPr="00C4093D">
              <w:rPr>
                <w:sz w:val="24"/>
                <w:szCs w:val="24"/>
              </w:rPr>
              <w:t xml:space="preserve"> </w:t>
            </w:r>
          </w:p>
        </w:tc>
      </w:tr>
      <w:tr w:rsidR="00E437C9" w:rsidRPr="00C4093D" w14:paraId="6CF97EFD" w14:textId="77777777" w:rsidTr="0036042F">
        <w:tc>
          <w:tcPr>
            <w:tcW w:w="943" w:type="dxa"/>
          </w:tcPr>
          <w:p w14:paraId="404246CF" w14:textId="77777777" w:rsidR="00E437C9" w:rsidRPr="00C4093D" w:rsidRDefault="00E437C9" w:rsidP="00670FD2">
            <w:pPr>
              <w:spacing w:after="0"/>
              <w:rPr>
                <w:sz w:val="24"/>
                <w:szCs w:val="24"/>
              </w:rPr>
            </w:pPr>
            <w:r w:rsidRPr="00C4093D">
              <w:rPr>
                <w:sz w:val="24"/>
                <w:szCs w:val="24"/>
              </w:rPr>
              <w:t>5</w:t>
            </w:r>
          </w:p>
        </w:tc>
        <w:tc>
          <w:tcPr>
            <w:tcW w:w="2562" w:type="dxa"/>
          </w:tcPr>
          <w:p w14:paraId="49A34206" w14:textId="77777777" w:rsidR="00E437C9" w:rsidRPr="00C4093D" w:rsidRDefault="00E437C9" w:rsidP="00670FD2">
            <w:pPr>
              <w:spacing w:after="0"/>
              <w:rPr>
                <w:sz w:val="24"/>
                <w:szCs w:val="24"/>
              </w:rPr>
            </w:pPr>
            <w:r w:rsidRPr="00C4093D">
              <w:rPr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</w:tcPr>
          <w:p w14:paraId="1728BD52" w14:textId="77777777" w:rsidR="00E437C9" w:rsidRPr="00C4093D" w:rsidRDefault="00E437C9" w:rsidP="00670FD2">
            <w:pPr>
              <w:spacing w:after="0"/>
              <w:rPr>
                <w:sz w:val="24"/>
                <w:szCs w:val="24"/>
              </w:rPr>
            </w:pPr>
            <w:r w:rsidRPr="00C4093D">
              <w:rPr>
                <w:sz w:val="24"/>
                <w:szCs w:val="24"/>
              </w:rPr>
              <w:t xml:space="preserve"> </w:t>
            </w:r>
          </w:p>
        </w:tc>
        <w:tc>
          <w:tcPr>
            <w:tcW w:w="2790" w:type="dxa"/>
          </w:tcPr>
          <w:p w14:paraId="10F39DCD" w14:textId="77777777" w:rsidR="00E437C9" w:rsidRPr="00C4093D" w:rsidRDefault="00E437C9" w:rsidP="00670FD2">
            <w:pPr>
              <w:spacing w:after="0"/>
              <w:rPr>
                <w:sz w:val="24"/>
                <w:szCs w:val="24"/>
              </w:rPr>
            </w:pPr>
            <w:r w:rsidRPr="00C4093D">
              <w:rPr>
                <w:sz w:val="24"/>
                <w:szCs w:val="24"/>
              </w:rPr>
              <w:t xml:space="preserve"> </w:t>
            </w:r>
          </w:p>
        </w:tc>
      </w:tr>
    </w:tbl>
    <w:p w14:paraId="1F3CB7B4" w14:textId="77777777" w:rsidR="00670FD2" w:rsidRPr="00670FD2" w:rsidRDefault="00670FD2" w:rsidP="00670FD2">
      <w:pPr>
        <w:spacing w:after="0" w:line="360" w:lineRule="auto"/>
        <w:jc w:val="both"/>
        <w:rPr>
          <w:rFonts w:ascii="Cambria" w:hAnsi="Cambria" w:cs="Segoe UI Symbol"/>
          <w:sz w:val="2"/>
          <w:szCs w:val="2"/>
        </w:rPr>
      </w:pPr>
    </w:p>
    <w:p w14:paraId="7A42C370" w14:textId="77777777" w:rsidR="00670FD2" w:rsidRPr="00670FD2" w:rsidRDefault="00670FD2" w:rsidP="00670FD2">
      <w:pPr>
        <w:spacing w:after="0"/>
        <w:jc w:val="both"/>
        <w:rPr>
          <w:rFonts w:ascii="Cambria" w:hAnsi="Cambria" w:cs="Segoe UI Symbol"/>
          <w:sz w:val="8"/>
          <w:szCs w:val="8"/>
        </w:rPr>
      </w:pPr>
    </w:p>
    <w:p w14:paraId="168A0F68" w14:textId="1A243645" w:rsidR="003961E8" w:rsidRPr="00C4093D" w:rsidRDefault="00670FD2" w:rsidP="00670FD2">
      <w:pPr>
        <w:spacing w:after="0"/>
        <w:jc w:val="both"/>
        <w:rPr>
          <w:sz w:val="24"/>
          <w:szCs w:val="24"/>
        </w:rPr>
      </w:pPr>
      <w:r>
        <w:rPr>
          <w:rFonts w:ascii="Cambria" w:hAnsi="Cambria" w:cs="Segoe UI Symbol"/>
          <w:sz w:val="24"/>
          <w:szCs w:val="24"/>
        </w:rPr>
        <w:t>⧠</w:t>
      </w:r>
      <w:r w:rsidR="003961E8" w:rsidRPr="00C4093D">
        <w:rPr>
          <w:sz w:val="24"/>
          <w:szCs w:val="24"/>
        </w:rPr>
        <w:t xml:space="preserve"> We, the </w:t>
      </w:r>
      <w:r>
        <w:rPr>
          <w:sz w:val="24"/>
          <w:szCs w:val="24"/>
        </w:rPr>
        <w:t>over</w:t>
      </w:r>
      <w:r w:rsidRPr="00C4093D">
        <w:rPr>
          <w:sz w:val="24"/>
          <w:szCs w:val="24"/>
        </w:rPr>
        <w:t xml:space="preserve"> signed</w:t>
      </w:r>
      <w:r w:rsidR="003961E8" w:rsidRPr="00C4093D">
        <w:rPr>
          <w:sz w:val="24"/>
          <w:szCs w:val="24"/>
        </w:rPr>
        <w:t xml:space="preserve"> authors, hereby nominate the following individual to receive the incentive:</w:t>
      </w:r>
    </w:p>
    <w:p w14:paraId="497DB98F" w14:textId="77777777" w:rsidR="003961E8" w:rsidRPr="00C4093D" w:rsidRDefault="003961E8" w:rsidP="00C4093D">
      <w:pPr>
        <w:spacing w:after="0" w:line="360" w:lineRule="auto"/>
        <w:rPr>
          <w:sz w:val="24"/>
          <w:szCs w:val="24"/>
        </w:rPr>
      </w:pPr>
      <w:r w:rsidRPr="00C4093D">
        <w:rPr>
          <w:sz w:val="24"/>
          <w:szCs w:val="24"/>
        </w:rPr>
        <w:t>Name of Nominated Author: ____________________________________________</w:t>
      </w:r>
    </w:p>
    <w:p w14:paraId="7744864D" w14:textId="77777777" w:rsidR="003961E8" w:rsidRPr="00C4093D" w:rsidRDefault="003961E8" w:rsidP="00670FD2">
      <w:pPr>
        <w:spacing w:line="360" w:lineRule="auto"/>
        <w:rPr>
          <w:sz w:val="24"/>
          <w:szCs w:val="24"/>
        </w:rPr>
      </w:pPr>
      <w:r w:rsidRPr="00C4093D">
        <w:rPr>
          <w:sz w:val="24"/>
          <w:szCs w:val="24"/>
        </w:rPr>
        <w:t>Designation &amp; Department: ____________________________________________</w:t>
      </w:r>
    </w:p>
    <w:p w14:paraId="1C231923" w14:textId="77777777" w:rsidR="0062762B" w:rsidRDefault="0062762B" w:rsidP="00670FD2">
      <w:pPr>
        <w:pStyle w:val="Heading1"/>
        <w:spacing w:before="0"/>
        <w:rPr>
          <w:rFonts w:asciiTheme="minorHAnsi" w:hAnsiTheme="minorHAnsi" w:cs="Times New Roman"/>
          <w:color w:val="auto"/>
          <w:sz w:val="24"/>
          <w:szCs w:val="24"/>
        </w:rPr>
      </w:pPr>
      <w:r w:rsidRPr="00BF1519">
        <w:rPr>
          <w:rFonts w:asciiTheme="minorHAnsi" w:hAnsiTheme="minorHAnsi" w:cs="Times New Roman"/>
          <w:color w:val="auto"/>
          <w:sz w:val="24"/>
          <w:szCs w:val="24"/>
        </w:rPr>
        <w:t>C. Declaration</w:t>
      </w:r>
    </w:p>
    <w:p w14:paraId="215E252B" w14:textId="77777777" w:rsidR="003961E8" w:rsidRDefault="003961E8" w:rsidP="00670FD2">
      <w:pPr>
        <w:spacing w:after="0"/>
        <w:jc w:val="both"/>
        <w:rPr>
          <w:sz w:val="24"/>
          <w:szCs w:val="24"/>
        </w:rPr>
      </w:pPr>
      <w:r w:rsidRPr="00C4093D">
        <w:rPr>
          <w:sz w:val="24"/>
          <w:szCs w:val="24"/>
        </w:rPr>
        <w:t>We declare that the above information is true and correct to the best of our knowledge. We understand that the incentive will be granted solely to the nominated author mentioned above.</w:t>
      </w:r>
    </w:p>
    <w:p w14:paraId="796628CC" w14:textId="77777777" w:rsidR="00670FD2" w:rsidRPr="00670FD2" w:rsidRDefault="00670FD2" w:rsidP="00670FD2">
      <w:pPr>
        <w:spacing w:after="0"/>
        <w:jc w:val="both"/>
        <w:rPr>
          <w:sz w:val="4"/>
          <w:szCs w:val="4"/>
        </w:rPr>
      </w:pPr>
    </w:p>
    <w:p w14:paraId="5C0A2652" w14:textId="7D5E14E3" w:rsidR="00744E62" w:rsidRPr="00A2034A" w:rsidRDefault="00744E62" w:rsidP="00A2034A">
      <w:pPr>
        <w:spacing w:after="0" w:line="360" w:lineRule="auto"/>
        <w:rPr>
          <w:sz w:val="24"/>
          <w:szCs w:val="24"/>
        </w:rPr>
      </w:pPr>
      <w:r w:rsidRPr="00A2034A">
        <w:rPr>
          <w:sz w:val="24"/>
          <w:szCs w:val="24"/>
        </w:rPr>
        <w:t>Date: _____________________</w:t>
      </w:r>
      <w:r w:rsidR="00670FD2">
        <w:rPr>
          <w:sz w:val="24"/>
          <w:szCs w:val="24"/>
        </w:rPr>
        <w:t xml:space="preserve">                                                                      </w:t>
      </w:r>
      <w:r w:rsidRPr="00A2034A">
        <w:rPr>
          <w:sz w:val="24"/>
          <w:szCs w:val="24"/>
        </w:rPr>
        <w:t>Place: ____________________</w:t>
      </w:r>
    </w:p>
    <w:p w14:paraId="6B5D48B8" w14:textId="77777777" w:rsidR="00744E62" w:rsidRPr="00670FD2" w:rsidRDefault="00744E62" w:rsidP="00554282">
      <w:pPr>
        <w:spacing w:after="0" w:line="360" w:lineRule="auto"/>
        <w:rPr>
          <w:rFonts w:cs="Times New Roman"/>
          <w:sz w:val="2"/>
          <w:szCs w:val="2"/>
        </w:rPr>
      </w:pPr>
    </w:p>
    <w:p w14:paraId="71A55C17" w14:textId="2DF21442" w:rsidR="0062762B" w:rsidRPr="00BF1519" w:rsidRDefault="001A0EA8" w:rsidP="00BF1519">
      <w:pPr>
        <w:pStyle w:val="Heading1"/>
        <w:spacing w:before="0" w:line="480" w:lineRule="auto"/>
        <w:rPr>
          <w:rFonts w:asciiTheme="minorHAnsi" w:hAnsiTheme="minorHAnsi" w:cs="Times New Roman"/>
          <w:color w:val="auto"/>
          <w:sz w:val="24"/>
          <w:szCs w:val="24"/>
        </w:rPr>
      </w:pPr>
      <w:r w:rsidRPr="00BF1519">
        <w:rPr>
          <w:rFonts w:asciiTheme="minorHAnsi" w:hAnsiTheme="minorHAnsi" w:cs="Times New Roman"/>
          <w:color w:val="auto"/>
          <w:sz w:val="24"/>
          <w:szCs w:val="24"/>
        </w:rPr>
        <w:t>D</w:t>
      </w:r>
      <w:r w:rsidR="0062762B" w:rsidRPr="00BF1519">
        <w:rPr>
          <w:rFonts w:asciiTheme="minorHAnsi" w:hAnsiTheme="minorHAnsi" w:cs="Times New Roman"/>
          <w:color w:val="auto"/>
          <w:sz w:val="24"/>
          <w:szCs w:val="24"/>
        </w:rPr>
        <w:t>. Office Use (MRDC)</w:t>
      </w:r>
    </w:p>
    <w:p w14:paraId="6FCAC8C0" w14:textId="03BD069E" w:rsidR="0062762B" w:rsidRPr="00BF1519" w:rsidRDefault="00BF1519" w:rsidP="00BF1519">
      <w:pPr>
        <w:spacing w:after="0" w:line="480" w:lineRule="auto"/>
        <w:rPr>
          <w:rFonts w:cs="Times New Roman"/>
          <w:sz w:val="24"/>
          <w:szCs w:val="24"/>
        </w:rPr>
      </w:pPr>
      <w:r w:rsidRPr="00BF1519">
        <w:rPr>
          <w:rFonts w:cs="Times New Roman"/>
          <w:sz w:val="24"/>
          <w:szCs w:val="24"/>
        </w:rPr>
        <w:t>⧠</w:t>
      </w:r>
      <w:r w:rsidR="0062762B" w:rsidRPr="00BF1519">
        <w:rPr>
          <w:rFonts w:cs="Times New Roman"/>
          <w:sz w:val="24"/>
          <w:szCs w:val="24"/>
        </w:rPr>
        <w:t xml:space="preserve"> Approved    </w:t>
      </w:r>
      <w:r w:rsidRPr="00BF1519">
        <w:rPr>
          <w:rFonts w:cs="Times New Roman"/>
          <w:sz w:val="24"/>
          <w:szCs w:val="24"/>
        </w:rPr>
        <w:t>⧠</w:t>
      </w:r>
      <w:r w:rsidR="0062762B" w:rsidRPr="00BF1519">
        <w:rPr>
          <w:rFonts w:cs="Times New Roman"/>
          <w:sz w:val="24"/>
          <w:szCs w:val="24"/>
        </w:rPr>
        <w:t xml:space="preserve"> Not Approved</w:t>
      </w:r>
    </w:p>
    <w:p w14:paraId="79DB4B5A" w14:textId="5F381271" w:rsidR="003C67DB" w:rsidRPr="002D15C5" w:rsidRDefault="0062762B" w:rsidP="00670FD2">
      <w:pPr>
        <w:spacing w:after="0" w:line="480" w:lineRule="auto"/>
        <w:rPr>
          <w:rFonts w:cs="Times New Roman"/>
          <w:sz w:val="24"/>
          <w:szCs w:val="24"/>
        </w:rPr>
      </w:pPr>
      <w:r w:rsidRPr="00BF1519">
        <w:rPr>
          <w:rFonts w:cs="Times New Roman"/>
          <w:sz w:val="24"/>
          <w:szCs w:val="24"/>
        </w:rPr>
        <w:t>Remarks (if any): ________________________________________________________________</w:t>
      </w:r>
    </w:p>
    <w:sectPr w:rsidR="003C67DB" w:rsidRPr="002D15C5" w:rsidSect="00293DC8">
      <w:pgSz w:w="12240" w:h="15840"/>
      <w:pgMar w:top="630" w:right="1800" w:bottom="36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04F1085"/>
    <w:multiLevelType w:val="hybridMultilevel"/>
    <w:tmpl w:val="ED32375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65944AD"/>
    <w:multiLevelType w:val="hybridMultilevel"/>
    <w:tmpl w:val="429E01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29D8C6AA">
      <w:numFmt w:val="bullet"/>
      <w:lvlText w:val=""/>
      <w:lvlJc w:val="left"/>
      <w:pPr>
        <w:ind w:left="1440" w:hanging="360"/>
      </w:pPr>
      <w:rPr>
        <w:rFonts w:ascii="Times New Roman" w:eastAsiaTheme="minorEastAsia" w:hAnsi="Times New Roman" w:cs="Times New Roman" w:hint="default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B82C5D"/>
    <w:multiLevelType w:val="hybridMultilevel"/>
    <w:tmpl w:val="94841B6A"/>
    <w:lvl w:ilvl="0" w:tplc="43381414">
      <w:start w:val="1"/>
      <w:numFmt w:val="bullet"/>
      <w:lvlText w:val="-"/>
      <w:lvlJc w:val="left"/>
      <w:pPr>
        <w:ind w:left="540" w:hanging="360"/>
      </w:pPr>
      <w:rPr>
        <w:rFonts w:ascii="Times New Roman" w:eastAsiaTheme="minorEastAsia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2" w15:restartNumberingAfterBreak="0">
    <w:nsid w:val="168E014F"/>
    <w:multiLevelType w:val="hybridMultilevel"/>
    <w:tmpl w:val="E7B234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F640C3"/>
    <w:multiLevelType w:val="hybridMultilevel"/>
    <w:tmpl w:val="55F05A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1C1233"/>
    <w:multiLevelType w:val="hybridMultilevel"/>
    <w:tmpl w:val="E57E8FC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922468"/>
    <w:multiLevelType w:val="hybridMultilevel"/>
    <w:tmpl w:val="B42A31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B2B2B7C"/>
    <w:multiLevelType w:val="hybridMultilevel"/>
    <w:tmpl w:val="030E8B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F2E4AE4"/>
    <w:multiLevelType w:val="hybridMultilevel"/>
    <w:tmpl w:val="96967AF0"/>
    <w:lvl w:ilvl="0" w:tplc="43381414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 w16cid:durableId="1894346157">
    <w:abstractNumId w:val="8"/>
  </w:num>
  <w:num w:numId="2" w16cid:durableId="133527321">
    <w:abstractNumId w:val="6"/>
  </w:num>
  <w:num w:numId="3" w16cid:durableId="1263149458">
    <w:abstractNumId w:val="5"/>
  </w:num>
  <w:num w:numId="4" w16cid:durableId="146098189">
    <w:abstractNumId w:val="4"/>
  </w:num>
  <w:num w:numId="5" w16cid:durableId="1468358685">
    <w:abstractNumId w:val="7"/>
  </w:num>
  <w:num w:numId="6" w16cid:durableId="2099446717">
    <w:abstractNumId w:val="3"/>
  </w:num>
  <w:num w:numId="7" w16cid:durableId="306204098">
    <w:abstractNumId w:val="2"/>
  </w:num>
  <w:num w:numId="8" w16cid:durableId="805463670">
    <w:abstractNumId w:val="1"/>
  </w:num>
  <w:num w:numId="9" w16cid:durableId="529414367">
    <w:abstractNumId w:val="0"/>
  </w:num>
  <w:num w:numId="10" w16cid:durableId="1223062112">
    <w:abstractNumId w:val="10"/>
  </w:num>
  <w:num w:numId="11" w16cid:durableId="1932855053">
    <w:abstractNumId w:val="9"/>
  </w:num>
  <w:num w:numId="12" w16cid:durableId="7759424">
    <w:abstractNumId w:val="14"/>
  </w:num>
  <w:num w:numId="13" w16cid:durableId="516119148">
    <w:abstractNumId w:val="11"/>
  </w:num>
  <w:num w:numId="14" w16cid:durableId="1099180544">
    <w:abstractNumId w:val="17"/>
  </w:num>
  <w:num w:numId="15" w16cid:durableId="1854149978">
    <w:abstractNumId w:val="12"/>
  </w:num>
  <w:num w:numId="16" w16cid:durableId="1331635414">
    <w:abstractNumId w:val="13"/>
  </w:num>
  <w:num w:numId="17" w16cid:durableId="1252548350">
    <w:abstractNumId w:val="16"/>
  </w:num>
  <w:num w:numId="18" w16cid:durableId="142280206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45129"/>
    <w:rsid w:val="0006063C"/>
    <w:rsid w:val="00060CE6"/>
    <w:rsid w:val="0006741F"/>
    <w:rsid w:val="000944E1"/>
    <w:rsid w:val="0009477C"/>
    <w:rsid w:val="000B1DA7"/>
    <w:rsid w:val="000E1D12"/>
    <w:rsid w:val="001144FE"/>
    <w:rsid w:val="0015074B"/>
    <w:rsid w:val="00166C32"/>
    <w:rsid w:val="001733F3"/>
    <w:rsid w:val="001A0EA8"/>
    <w:rsid w:val="001E3260"/>
    <w:rsid w:val="00216C60"/>
    <w:rsid w:val="00224ECE"/>
    <w:rsid w:val="00241954"/>
    <w:rsid w:val="00293DC8"/>
    <w:rsid w:val="0029639D"/>
    <w:rsid w:val="002A01E5"/>
    <w:rsid w:val="002B2CD3"/>
    <w:rsid w:val="002D15C5"/>
    <w:rsid w:val="002E6D5A"/>
    <w:rsid w:val="002F1966"/>
    <w:rsid w:val="003041FB"/>
    <w:rsid w:val="00317E7C"/>
    <w:rsid w:val="00326F90"/>
    <w:rsid w:val="00341284"/>
    <w:rsid w:val="00345EFE"/>
    <w:rsid w:val="00352FA7"/>
    <w:rsid w:val="0035497F"/>
    <w:rsid w:val="0036042F"/>
    <w:rsid w:val="003774BC"/>
    <w:rsid w:val="003826FC"/>
    <w:rsid w:val="003961E8"/>
    <w:rsid w:val="003A08CA"/>
    <w:rsid w:val="003C67DB"/>
    <w:rsid w:val="003D6C1D"/>
    <w:rsid w:val="00436E8F"/>
    <w:rsid w:val="00454978"/>
    <w:rsid w:val="00456655"/>
    <w:rsid w:val="00467093"/>
    <w:rsid w:val="00486F23"/>
    <w:rsid w:val="004A3503"/>
    <w:rsid w:val="004B1C23"/>
    <w:rsid w:val="004C127C"/>
    <w:rsid w:val="004C40EC"/>
    <w:rsid w:val="004C659B"/>
    <w:rsid w:val="005009F4"/>
    <w:rsid w:val="00513745"/>
    <w:rsid w:val="0052517C"/>
    <w:rsid w:val="005271CD"/>
    <w:rsid w:val="00534294"/>
    <w:rsid w:val="0053492D"/>
    <w:rsid w:val="00543690"/>
    <w:rsid w:val="00554282"/>
    <w:rsid w:val="00575714"/>
    <w:rsid w:val="00596341"/>
    <w:rsid w:val="005964EE"/>
    <w:rsid w:val="005A785A"/>
    <w:rsid w:val="005D15EE"/>
    <w:rsid w:val="0062762B"/>
    <w:rsid w:val="00631A3D"/>
    <w:rsid w:val="00670FD2"/>
    <w:rsid w:val="00675878"/>
    <w:rsid w:val="00723D7A"/>
    <w:rsid w:val="00732578"/>
    <w:rsid w:val="00740BAC"/>
    <w:rsid w:val="00742E38"/>
    <w:rsid w:val="00744E62"/>
    <w:rsid w:val="0075300E"/>
    <w:rsid w:val="007A52F8"/>
    <w:rsid w:val="007A75C7"/>
    <w:rsid w:val="007D6DBE"/>
    <w:rsid w:val="00803A03"/>
    <w:rsid w:val="00824286"/>
    <w:rsid w:val="00852EC7"/>
    <w:rsid w:val="008704A6"/>
    <w:rsid w:val="00876BC9"/>
    <w:rsid w:val="00915F18"/>
    <w:rsid w:val="00922254"/>
    <w:rsid w:val="009C7845"/>
    <w:rsid w:val="009E3650"/>
    <w:rsid w:val="00A2034A"/>
    <w:rsid w:val="00A45DA9"/>
    <w:rsid w:val="00A52B97"/>
    <w:rsid w:val="00A70E93"/>
    <w:rsid w:val="00A868F6"/>
    <w:rsid w:val="00AA1D8D"/>
    <w:rsid w:val="00AA25D8"/>
    <w:rsid w:val="00AD07B6"/>
    <w:rsid w:val="00B142A1"/>
    <w:rsid w:val="00B401B2"/>
    <w:rsid w:val="00B47730"/>
    <w:rsid w:val="00B56F8F"/>
    <w:rsid w:val="00B711F2"/>
    <w:rsid w:val="00B76E90"/>
    <w:rsid w:val="00BA4D17"/>
    <w:rsid w:val="00BF1519"/>
    <w:rsid w:val="00C0150A"/>
    <w:rsid w:val="00C36128"/>
    <w:rsid w:val="00C4093D"/>
    <w:rsid w:val="00C40E22"/>
    <w:rsid w:val="00C62F58"/>
    <w:rsid w:val="00C644C2"/>
    <w:rsid w:val="00C80DA4"/>
    <w:rsid w:val="00C92C28"/>
    <w:rsid w:val="00CB0664"/>
    <w:rsid w:val="00CD090D"/>
    <w:rsid w:val="00CD1CBB"/>
    <w:rsid w:val="00CF2D2A"/>
    <w:rsid w:val="00D01490"/>
    <w:rsid w:val="00D428CE"/>
    <w:rsid w:val="00D442FD"/>
    <w:rsid w:val="00D47ACA"/>
    <w:rsid w:val="00D57A01"/>
    <w:rsid w:val="00D728B8"/>
    <w:rsid w:val="00D94D55"/>
    <w:rsid w:val="00D9720E"/>
    <w:rsid w:val="00E244E8"/>
    <w:rsid w:val="00E35687"/>
    <w:rsid w:val="00E437C9"/>
    <w:rsid w:val="00E57E3F"/>
    <w:rsid w:val="00EA37D8"/>
    <w:rsid w:val="00EA3A3C"/>
    <w:rsid w:val="00EB4C2E"/>
    <w:rsid w:val="00EB4E75"/>
    <w:rsid w:val="00EC32BE"/>
    <w:rsid w:val="00ED6D06"/>
    <w:rsid w:val="00F20F57"/>
    <w:rsid w:val="00F23CF5"/>
    <w:rsid w:val="00F30012"/>
    <w:rsid w:val="00F34D54"/>
    <w:rsid w:val="00F67C31"/>
    <w:rsid w:val="00F94187"/>
    <w:rsid w:val="00FC4CE4"/>
    <w:rsid w:val="00FC693F"/>
    <w:rsid w:val="00FD7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9DEBD2C"/>
  <w14:defaultImageDpi w14:val="300"/>
  <w15:docId w15:val="{09A8CC38-2AC7-4848-A63A-A91E92F18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1519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443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4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1236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Tanmay Pandit</cp:lastModifiedBy>
  <cp:revision>77</cp:revision>
  <dcterms:created xsi:type="dcterms:W3CDTF">2025-07-07T16:26:00Z</dcterms:created>
  <dcterms:modified xsi:type="dcterms:W3CDTF">2025-07-10T04:39:00Z</dcterms:modified>
  <cp:category/>
</cp:coreProperties>
</file>