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6D8C457E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1D0AD838" w:rsidR="003C67DB" w:rsidRPr="00F478CD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30"/>
          <w:szCs w:val="30"/>
        </w:rPr>
      </w:pPr>
      <w:r w:rsidRPr="00F478CD">
        <w:rPr>
          <w:rFonts w:asciiTheme="minorHAnsi" w:hAnsiTheme="minorHAnsi" w:cs="Times New Roman"/>
          <w:b/>
          <w:bCs/>
          <w:color w:val="auto"/>
          <w:sz w:val="30"/>
          <w:szCs w:val="30"/>
        </w:rPr>
        <w:t>Annexure-</w:t>
      </w:r>
      <w:r w:rsidR="00002ED9" w:rsidRPr="00F478CD">
        <w:rPr>
          <w:rFonts w:asciiTheme="minorHAnsi" w:hAnsiTheme="minorHAnsi" w:cs="Times New Roman"/>
          <w:b/>
          <w:bCs/>
          <w:color w:val="auto"/>
          <w:sz w:val="30"/>
          <w:szCs w:val="30"/>
        </w:rPr>
        <w:t>G</w:t>
      </w:r>
      <w:r w:rsidRPr="00F478CD">
        <w:rPr>
          <w:rFonts w:asciiTheme="minorHAnsi" w:hAnsiTheme="minorHAnsi" w:cs="Times New Roman"/>
          <w:b/>
          <w:bCs/>
          <w:color w:val="auto"/>
          <w:sz w:val="30"/>
          <w:szCs w:val="30"/>
        </w:rPr>
        <w:t>:</w:t>
      </w:r>
      <w:r w:rsidR="00293DC8" w:rsidRPr="00F478CD">
        <w:rPr>
          <w:rFonts w:asciiTheme="minorHAnsi" w:hAnsiTheme="minorHAnsi" w:cs="Times New Roman"/>
          <w:b/>
          <w:bCs/>
          <w:color w:val="auto"/>
          <w:sz w:val="30"/>
          <w:szCs w:val="30"/>
        </w:rPr>
        <w:t xml:space="preserve"> </w:t>
      </w:r>
      <w:r w:rsidR="00002ED9" w:rsidRPr="00F478CD">
        <w:rPr>
          <w:rFonts w:asciiTheme="minorHAnsi" w:hAnsiTheme="minorHAnsi" w:cs="Times New Roman"/>
          <w:b/>
          <w:bCs/>
          <w:color w:val="auto"/>
          <w:sz w:val="30"/>
          <w:szCs w:val="30"/>
        </w:rPr>
        <w:t>Intramural Research Grant Application Form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68D3F002" w:rsidR="00D428CE" w:rsidRPr="00F71896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F71896">
        <w:rPr>
          <w:rFonts w:asciiTheme="minorHAnsi" w:hAnsiTheme="minorHAnsi" w:cs="Times New Roman"/>
          <w:color w:val="auto"/>
          <w:sz w:val="24"/>
          <w:szCs w:val="24"/>
        </w:rPr>
        <w:t>A. Applicant Details</w:t>
      </w:r>
    </w:p>
    <w:p w14:paraId="11885661" w14:textId="77777777" w:rsidR="00554282" w:rsidRPr="00F71896" w:rsidRDefault="00554282" w:rsidP="00554282">
      <w:pPr>
        <w:rPr>
          <w:sz w:val="2"/>
          <w:szCs w:val="2"/>
        </w:rPr>
      </w:pPr>
    </w:p>
    <w:tbl>
      <w:tblPr>
        <w:tblStyle w:val="TableGrid"/>
        <w:tblW w:w="5137" w:type="pct"/>
        <w:tblLook w:val="04A0" w:firstRow="1" w:lastRow="0" w:firstColumn="1" w:lastColumn="0" w:noHBand="0" w:noVBand="1"/>
      </w:tblPr>
      <w:tblGrid>
        <w:gridCol w:w="985"/>
        <w:gridCol w:w="2071"/>
        <w:gridCol w:w="1349"/>
        <w:gridCol w:w="4461"/>
      </w:tblGrid>
      <w:tr w:rsidR="00554282" w:rsidRPr="00F71896" w14:paraId="6D539A08" w14:textId="77777777" w:rsidTr="00471FE2">
        <w:tc>
          <w:tcPr>
            <w:tcW w:w="555" w:type="pct"/>
            <w:shd w:val="clear" w:color="auto" w:fill="D9D9D9" w:themeFill="background1" w:themeFillShade="D9"/>
          </w:tcPr>
          <w:p w14:paraId="61B4229C" w14:textId="3ED8FF4D" w:rsidR="00554282" w:rsidRPr="00F71896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71896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168" w:type="pct"/>
            <w:shd w:val="clear" w:color="auto" w:fill="D9D9D9" w:themeFill="background1" w:themeFillShade="D9"/>
            <w:vAlign w:val="center"/>
          </w:tcPr>
          <w:p w14:paraId="56A0A153" w14:textId="5E33910B" w:rsidR="00554282" w:rsidRPr="00F71896" w:rsidRDefault="00554282" w:rsidP="00F478CD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F71896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3277" w:type="pct"/>
            <w:gridSpan w:val="2"/>
            <w:shd w:val="clear" w:color="auto" w:fill="D9D9D9" w:themeFill="background1" w:themeFillShade="D9"/>
            <w:vAlign w:val="center"/>
          </w:tcPr>
          <w:p w14:paraId="6B59C125" w14:textId="590B1FAF" w:rsidR="00554282" w:rsidRPr="00F71896" w:rsidRDefault="00554282" w:rsidP="00F478CD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71896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1B39C6" w:rsidRPr="00F71896" w14:paraId="64A1143B" w14:textId="77777777" w:rsidTr="00471FE2">
        <w:tc>
          <w:tcPr>
            <w:tcW w:w="555" w:type="pct"/>
            <w:shd w:val="clear" w:color="auto" w:fill="FFFFFF" w:themeFill="background1"/>
          </w:tcPr>
          <w:p w14:paraId="7D262F73" w14:textId="12921472" w:rsidR="001B39C6" w:rsidRPr="00F71896" w:rsidRDefault="001B39C6" w:rsidP="00BF1519">
            <w:pPr>
              <w:spacing w:line="360" w:lineRule="auto"/>
              <w:jc w:val="center"/>
            </w:pPr>
            <w:r w:rsidRPr="00F71896">
              <w:t>1</w:t>
            </w:r>
          </w:p>
        </w:tc>
        <w:tc>
          <w:tcPr>
            <w:tcW w:w="1168" w:type="pct"/>
            <w:shd w:val="clear" w:color="auto" w:fill="FFFFFF" w:themeFill="background1"/>
          </w:tcPr>
          <w:p w14:paraId="3CF749CF" w14:textId="4181D613" w:rsidR="001B39C6" w:rsidRPr="00F71896" w:rsidRDefault="001B39C6" w:rsidP="00BF1519">
            <w:pPr>
              <w:spacing w:line="360" w:lineRule="auto"/>
            </w:pPr>
            <w:r w:rsidRPr="00F71896">
              <w:t xml:space="preserve">Title of the </w:t>
            </w:r>
            <w:r w:rsidR="00F478CD">
              <w:t>P</w:t>
            </w:r>
            <w:r w:rsidRPr="00F71896">
              <w:t xml:space="preserve">roject </w:t>
            </w:r>
          </w:p>
        </w:tc>
        <w:tc>
          <w:tcPr>
            <w:tcW w:w="3277" w:type="pct"/>
            <w:gridSpan w:val="2"/>
            <w:shd w:val="clear" w:color="auto" w:fill="FFFFFF" w:themeFill="background1"/>
          </w:tcPr>
          <w:p w14:paraId="75D76DED" w14:textId="77777777" w:rsidR="001B39C6" w:rsidRPr="00F71896" w:rsidRDefault="001B39C6" w:rsidP="00BF1519">
            <w:pPr>
              <w:spacing w:line="360" w:lineRule="auto"/>
              <w:jc w:val="center"/>
            </w:pPr>
          </w:p>
        </w:tc>
      </w:tr>
      <w:tr w:rsidR="007B083B" w:rsidRPr="00F71896" w14:paraId="36261F3F" w14:textId="77777777" w:rsidTr="00471FE2">
        <w:tc>
          <w:tcPr>
            <w:tcW w:w="555" w:type="pct"/>
            <w:shd w:val="clear" w:color="auto" w:fill="FDE9D9" w:themeFill="accent6" w:themeFillTint="33"/>
          </w:tcPr>
          <w:p w14:paraId="5A2A0FEE" w14:textId="1E7B9AFD" w:rsidR="007B083B" w:rsidRPr="00F478CD" w:rsidRDefault="007174EA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478C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445" w:type="pct"/>
            <w:gridSpan w:val="3"/>
            <w:shd w:val="clear" w:color="auto" w:fill="FDE9D9" w:themeFill="accent6" w:themeFillTint="33"/>
          </w:tcPr>
          <w:p w14:paraId="3AADBC85" w14:textId="5348726D" w:rsidR="007B083B" w:rsidRPr="00F478CD" w:rsidRDefault="007B083B" w:rsidP="007B083B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478CD">
              <w:rPr>
                <w:b/>
                <w:bCs/>
              </w:rPr>
              <w:t>Principal Investigator</w:t>
            </w:r>
            <w:r w:rsidR="00964E3C">
              <w:rPr>
                <w:b/>
                <w:bCs/>
              </w:rPr>
              <w:t xml:space="preserve"> (PI)</w:t>
            </w:r>
            <w:r w:rsidR="00D81543" w:rsidRPr="00F478CD">
              <w:rPr>
                <w:b/>
                <w:bCs/>
              </w:rPr>
              <w:t xml:space="preserve"> Details</w:t>
            </w:r>
          </w:p>
        </w:tc>
      </w:tr>
      <w:tr w:rsidR="00751669" w:rsidRPr="00F71896" w14:paraId="4B5DBD7E" w14:textId="77777777" w:rsidTr="00751669">
        <w:tc>
          <w:tcPr>
            <w:tcW w:w="5000" w:type="pct"/>
            <w:gridSpan w:val="4"/>
          </w:tcPr>
          <w:p w14:paraId="238082E2" w14:textId="000DBB7A" w:rsidR="00751669" w:rsidRPr="00743A40" w:rsidRDefault="007876B5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Name: - </w:t>
            </w:r>
          </w:p>
          <w:p w14:paraId="59133376" w14:textId="2B2F70CD" w:rsidR="00751669" w:rsidRPr="00743A40" w:rsidRDefault="007876B5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Designation: - </w:t>
            </w:r>
          </w:p>
          <w:p w14:paraId="15FE6900" w14:textId="2B64E949" w:rsidR="00751669" w:rsidRPr="00743A40" w:rsidRDefault="007876B5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Department: - </w:t>
            </w:r>
          </w:p>
          <w:p w14:paraId="5F68A72F" w14:textId="1FA6F75E" w:rsidR="00751669" w:rsidRPr="00743A40" w:rsidRDefault="007876B5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Faculty: - </w:t>
            </w:r>
          </w:p>
          <w:p w14:paraId="4AA1A7FD" w14:textId="233FF66A" w:rsidR="00751669" w:rsidRPr="00743A40" w:rsidRDefault="007876B5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Email: - </w:t>
            </w:r>
          </w:p>
          <w:p w14:paraId="0D713728" w14:textId="2CE085D1" w:rsidR="00751669" w:rsidRPr="00F71896" w:rsidRDefault="00751669" w:rsidP="00BF1519">
            <w:pPr>
              <w:spacing w:line="360" w:lineRule="auto"/>
              <w:rPr>
                <w:sz w:val="24"/>
                <w:szCs w:val="24"/>
              </w:rPr>
            </w:pPr>
            <w:r w:rsidRPr="00743A40">
              <w:rPr>
                <w:sz w:val="24"/>
                <w:szCs w:val="24"/>
              </w:rPr>
              <w:t xml:space="preserve">Mobile </w:t>
            </w:r>
            <w:r w:rsidR="00F478CD">
              <w:rPr>
                <w:sz w:val="24"/>
                <w:szCs w:val="24"/>
              </w:rPr>
              <w:t>N</w:t>
            </w:r>
            <w:r w:rsidR="007876B5" w:rsidRPr="00743A40">
              <w:rPr>
                <w:sz w:val="24"/>
                <w:szCs w:val="24"/>
              </w:rPr>
              <w:t>o.: -</w:t>
            </w:r>
            <w:r w:rsidR="007876B5" w:rsidRPr="00F71896">
              <w:rPr>
                <w:sz w:val="24"/>
                <w:szCs w:val="24"/>
              </w:rPr>
              <w:t xml:space="preserve"> </w:t>
            </w:r>
          </w:p>
        </w:tc>
      </w:tr>
      <w:tr w:rsidR="00E40FF5" w:rsidRPr="00F71896" w14:paraId="4591DFC4" w14:textId="77777777" w:rsidTr="00471FE2">
        <w:tc>
          <w:tcPr>
            <w:tcW w:w="555" w:type="pct"/>
            <w:shd w:val="clear" w:color="auto" w:fill="FDE9D9" w:themeFill="accent6" w:themeFillTint="33"/>
          </w:tcPr>
          <w:p w14:paraId="29549C18" w14:textId="175685F3" w:rsidR="00E40FF5" w:rsidRPr="00964E3C" w:rsidRDefault="007174EA" w:rsidP="0031176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64E3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445" w:type="pct"/>
            <w:gridSpan w:val="3"/>
            <w:shd w:val="clear" w:color="auto" w:fill="FDE9D9" w:themeFill="accent6" w:themeFillTint="33"/>
          </w:tcPr>
          <w:p w14:paraId="2E4C70D8" w14:textId="62D86E6A" w:rsidR="00E40FF5" w:rsidRPr="00964E3C" w:rsidRDefault="00E40FF5" w:rsidP="00E40FF5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964E3C">
              <w:rPr>
                <w:b/>
                <w:bCs/>
              </w:rPr>
              <w:t>Co - Principal Investigator</w:t>
            </w:r>
            <w:r w:rsidR="00964E3C">
              <w:rPr>
                <w:b/>
                <w:bCs/>
              </w:rPr>
              <w:t xml:space="preserve"> (Co-PI)</w:t>
            </w:r>
            <w:r w:rsidR="00751669" w:rsidRPr="00964E3C">
              <w:rPr>
                <w:b/>
                <w:bCs/>
              </w:rPr>
              <w:t xml:space="preserve"> Details</w:t>
            </w:r>
          </w:p>
        </w:tc>
      </w:tr>
      <w:tr w:rsidR="009E5F0D" w:rsidRPr="00F71896" w14:paraId="36B38E3E" w14:textId="77777777" w:rsidTr="009E5F0D">
        <w:tc>
          <w:tcPr>
            <w:tcW w:w="2484" w:type="pct"/>
            <w:gridSpan w:val="3"/>
          </w:tcPr>
          <w:p w14:paraId="5ED72917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Name: - </w:t>
            </w:r>
          </w:p>
          <w:p w14:paraId="7F5050A9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Designation: - </w:t>
            </w:r>
          </w:p>
          <w:p w14:paraId="47336685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Department: - </w:t>
            </w:r>
          </w:p>
          <w:p w14:paraId="19F0D15D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Faculty: - </w:t>
            </w:r>
          </w:p>
          <w:p w14:paraId="469C967B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Email: - </w:t>
            </w:r>
          </w:p>
          <w:p w14:paraId="400558EB" w14:textId="7EF99B3F" w:rsidR="009E5F0D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Mobile </w:t>
            </w:r>
            <w:r w:rsidR="00F478CD">
              <w:rPr>
                <w:sz w:val="24"/>
                <w:szCs w:val="24"/>
              </w:rPr>
              <w:t>N</w:t>
            </w:r>
            <w:r w:rsidRPr="00DF79F0">
              <w:rPr>
                <w:sz w:val="24"/>
                <w:szCs w:val="24"/>
              </w:rPr>
              <w:t>o.: -</w:t>
            </w:r>
          </w:p>
        </w:tc>
        <w:tc>
          <w:tcPr>
            <w:tcW w:w="2516" w:type="pct"/>
          </w:tcPr>
          <w:p w14:paraId="24E765BE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Name: - </w:t>
            </w:r>
          </w:p>
          <w:p w14:paraId="5C36EC64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Designation: - </w:t>
            </w:r>
          </w:p>
          <w:p w14:paraId="4217977D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Department: - </w:t>
            </w:r>
          </w:p>
          <w:p w14:paraId="1E1B641D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Faculty: - </w:t>
            </w:r>
          </w:p>
          <w:p w14:paraId="1BDC6DE0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Email: - </w:t>
            </w:r>
          </w:p>
          <w:p w14:paraId="0F1BC079" w14:textId="64D74A91" w:rsidR="009E5F0D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Mobile </w:t>
            </w:r>
            <w:r w:rsidR="00F478CD">
              <w:rPr>
                <w:sz w:val="24"/>
                <w:szCs w:val="24"/>
              </w:rPr>
              <w:t>N</w:t>
            </w:r>
            <w:r w:rsidRPr="00DF79F0">
              <w:rPr>
                <w:sz w:val="24"/>
                <w:szCs w:val="24"/>
              </w:rPr>
              <w:t>o.: -</w:t>
            </w:r>
          </w:p>
        </w:tc>
      </w:tr>
      <w:tr w:rsidR="002F63AD" w:rsidRPr="00F71896" w14:paraId="2D9116FE" w14:textId="77777777" w:rsidTr="009E5F0D">
        <w:tc>
          <w:tcPr>
            <w:tcW w:w="2484" w:type="pct"/>
            <w:gridSpan w:val="3"/>
          </w:tcPr>
          <w:p w14:paraId="351C6952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Name: - </w:t>
            </w:r>
          </w:p>
          <w:p w14:paraId="1E014928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Designation: - </w:t>
            </w:r>
          </w:p>
          <w:p w14:paraId="32603942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Department: - </w:t>
            </w:r>
          </w:p>
          <w:p w14:paraId="30815585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Faculty: - </w:t>
            </w:r>
          </w:p>
          <w:p w14:paraId="6CBAA029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Email: - </w:t>
            </w:r>
          </w:p>
          <w:p w14:paraId="7DFD6A0A" w14:textId="706FB3CD" w:rsidR="002F63AD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Mobile </w:t>
            </w:r>
            <w:r w:rsidR="00F478CD">
              <w:rPr>
                <w:sz w:val="24"/>
                <w:szCs w:val="24"/>
              </w:rPr>
              <w:t>N</w:t>
            </w:r>
            <w:r w:rsidRPr="00DF79F0">
              <w:rPr>
                <w:sz w:val="24"/>
                <w:szCs w:val="24"/>
              </w:rPr>
              <w:t>o.: -</w:t>
            </w:r>
          </w:p>
        </w:tc>
        <w:tc>
          <w:tcPr>
            <w:tcW w:w="2516" w:type="pct"/>
          </w:tcPr>
          <w:p w14:paraId="0A31F0CB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Name: - </w:t>
            </w:r>
          </w:p>
          <w:p w14:paraId="38EF5FDB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Designation: - </w:t>
            </w:r>
          </w:p>
          <w:p w14:paraId="523D32AB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Department: - </w:t>
            </w:r>
          </w:p>
          <w:p w14:paraId="10CDA95C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Faculty: - </w:t>
            </w:r>
          </w:p>
          <w:p w14:paraId="3CE6DCBA" w14:textId="77777777" w:rsidR="007876B5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Email: - </w:t>
            </w:r>
          </w:p>
          <w:p w14:paraId="7DD9F4CB" w14:textId="3EC9747F" w:rsidR="002F63AD" w:rsidRPr="00DF79F0" w:rsidRDefault="007876B5" w:rsidP="007876B5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Mobile </w:t>
            </w:r>
            <w:r w:rsidR="00F478CD">
              <w:rPr>
                <w:sz w:val="24"/>
                <w:szCs w:val="24"/>
              </w:rPr>
              <w:t>N</w:t>
            </w:r>
            <w:r w:rsidRPr="00DF79F0">
              <w:rPr>
                <w:sz w:val="24"/>
                <w:szCs w:val="24"/>
              </w:rPr>
              <w:t>o.: -</w:t>
            </w:r>
          </w:p>
        </w:tc>
      </w:tr>
      <w:tr w:rsidR="00311769" w:rsidRPr="00F71896" w14:paraId="3175BE35" w14:textId="77777777" w:rsidTr="007F177A">
        <w:tc>
          <w:tcPr>
            <w:tcW w:w="555" w:type="pct"/>
          </w:tcPr>
          <w:p w14:paraId="3F601746" w14:textId="38624A2F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68" w:type="pct"/>
          </w:tcPr>
          <w:p w14:paraId="6469AF6B" w14:textId="49CF5769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  <w:r w:rsidRPr="00DF79F0">
              <w:t>Research Domain / Area</w:t>
            </w:r>
          </w:p>
        </w:tc>
        <w:tc>
          <w:tcPr>
            <w:tcW w:w="3277" w:type="pct"/>
            <w:gridSpan w:val="2"/>
          </w:tcPr>
          <w:p w14:paraId="457B97A7" w14:textId="77777777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11769" w:rsidRPr="00F71896" w14:paraId="2FC1FB1E" w14:textId="77777777" w:rsidTr="007F177A">
        <w:tc>
          <w:tcPr>
            <w:tcW w:w="555" w:type="pct"/>
          </w:tcPr>
          <w:p w14:paraId="0D0EB73F" w14:textId="6E582FF9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68" w:type="pct"/>
          </w:tcPr>
          <w:p w14:paraId="0898A403" w14:textId="65BCE3EF" w:rsidR="00311769" w:rsidRPr="00DF79F0" w:rsidRDefault="00311769" w:rsidP="00F478C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F79F0">
              <w:t xml:space="preserve">Duration (in </w:t>
            </w:r>
            <w:r w:rsidR="00F478CD">
              <w:t>M</w:t>
            </w:r>
            <w:r w:rsidRPr="00DF79F0">
              <w:t>onths, max</w:t>
            </w:r>
            <w:r w:rsidR="00F478CD">
              <w:t>.</w:t>
            </w:r>
            <w:r w:rsidRPr="00DF79F0">
              <w:t xml:space="preserve"> 18)</w:t>
            </w:r>
          </w:p>
        </w:tc>
        <w:tc>
          <w:tcPr>
            <w:tcW w:w="3277" w:type="pct"/>
            <w:gridSpan w:val="2"/>
          </w:tcPr>
          <w:p w14:paraId="62D8BC70" w14:textId="77777777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11769" w:rsidRPr="00F71896" w14:paraId="3A8DB1E8" w14:textId="77777777" w:rsidTr="007F177A">
        <w:tc>
          <w:tcPr>
            <w:tcW w:w="555" w:type="pct"/>
          </w:tcPr>
          <w:p w14:paraId="3FCB6CFD" w14:textId="43261D2D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68" w:type="pct"/>
          </w:tcPr>
          <w:p w14:paraId="7A20FD80" w14:textId="03A2EE2E" w:rsidR="00311769" w:rsidRPr="00DF79F0" w:rsidRDefault="00311769" w:rsidP="00F478C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F79F0">
              <w:t>Total Budget Requested (INR)</w:t>
            </w:r>
          </w:p>
        </w:tc>
        <w:tc>
          <w:tcPr>
            <w:tcW w:w="3277" w:type="pct"/>
            <w:gridSpan w:val="2"/>
          </w:tcPr>
          <w:p w14:paraId="5EA9FE4D" w14:textId="77777777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11769" w:rsidRPr="00F71896" w14:paraId="0AADA62B" w14:textId="77777777" w:rsidTr="007F177A">
        <w:tc>
          <w:tcPr>
            <w:tcW w:w="555" w:type="pct"/>
          </w:tcPr>
          <w:p w14:paraId="5A96A0F8" w14:textId="59431E2B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168" w:type="pct"/>
          </w:tcPr>
          <w:p w14:paraId="5FAA3A1C" w14:textId="3E639B29" w:rsidR="00311769" w:rsidRPr="00DF79F0" w:rsidRDefault="006A2B4A" w:rsidP="00964E3C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F79F0">
              <w:t>Expected Number of Publications (Scopus/</w:t>
            </w:r>
            <w:proofErr w:type="spellStart"/>
            <w:r w:rsidRPr="00DF79F0">
              <w:t>WoS</w:t>
            </w:r>
            <w:proofErr w:type="spellEnd"/>
            <w:r w:rsidR="007C5279" w:rsidRPr="00DF79F0">
              <w:t xml:space="preserve"> etc.</w:t>
            </w:r>
            <w:r w:rsidRPr="00DF79F0">
              <w:t>)</w:t>
            </w:r>
          </w:p>
        </w:tc>
        <w:tc>
          <w:tcPr>
            <w:tcW w:w="3277" w:type="pct"/>
            <w:gridSpan w:val="2"/>
          </w:tcPr>
          <w:p w14:paraId="20843338" w14:textId="77777777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11769" w:rsidRPr="00F71896" w14:paraId="22679044" w14:textId="77777777" w:rsidTr="007F177A">
        <w:tc>
          <w:tcPr>
            <w:tcW w:w="555" w:type="pct"/>
          </w:tcPr>
          <w:p w14:paraId="77F2D791" w14:textId="55461494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68" w:type="pct"/>
          </w:tcPr>
          <w:p w14:paraId="3A44DECC" w14:textId="356C99F8" w:rsidR="00311769" w:rsidRPr="00DF79F0" w:rsidRDefault="00987EC2" w:rsidP="00964E3C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DF79F0">
              <w:t>Expected Patent/</w:t>
            </w:r>
            <w:r w:rsidR="00964E3C">
              <w:t xml:space="preserve"> </w:t>
            </w:r>
            <w:r w:rsidRPr="00DF79F0">
              <w:t>IPR (if any)</w:t>
            </w:r>
          </w:p>
        </w:tc>
        <w:tc>
          <w:tcPr>
            <w:tcW w:w="3277" w:type="pct"/>
            <w:gridSpan w:val="2"/>
          </w:tcPr>
          <w:p w14:paraId="7F23FB2B" w14:textId="77777777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11769" w:rsidRPr="00F71896" w14:paraId="16642874" w14:textId="77777777" w:rsidTr="007F177A">
        <w:tc>
          <w:tcPr>
            <w:tcW w:w="555" w:type="pct"/>
          </w:tcPr>
          <w:p w14:paraId="0D695FDB" w14:textId="482CB9E9" w:rsidR="00311769" w:rsidRPr="00F71896" w:rsidRDefault="00964E3C" w:rsidP="007F177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68" w:type="pct"/>
          </w:tcPr>
          <w:p w14:paraId="1E8F18D2" w14:textId="46149D54" w:rsidR="00311769" w:rsidRPr="00DF79F0" w:rsidRDefault="00311769" w:rsidP="00311769">
            <w:pPr>
              <w:spacing w:line="360" w:lineRule="auto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>Bank Details</w:t>
            </w:r>
          </w:p>
        </w:tc>
        <w:tc>
          <w:tcPr>
            <w:tcW w:w="3277" w:type="pct"/>
            <w:gridSpan w:val="2"/>
          </w:tcPr>
          <w:p w14:paraId="7C904614" w14:textId="1102F498" w:rsidR="00311769" w:rsidRPr="00DF79F0" w:rsidRDefault="00311769" w:rsidP="00311769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Name of Bank: </w:t>
            </w:r>
          </w:p>
          <w:p w14:paraId="6914E6C4" w14:textId="396E199A" w:rsidR="00311769" w:rsidRPr="00DF79F0" w:rsidRDefault="00311769" w:rsidP="00311769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Branch: </w:t>
            </w:r>
          </w:p>
          <w:p w14:paraId="1568B9F7" w14:textId="4FD8ED21" w:rsidR="00311769" w:rsidRPr="00DF79F0" w:rsidRDefault="00311769" w:rsidP="00311769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IFSC: </w:t>
            </w:r>
          </w:p>
          <w:p w14:paraId="72B7F5F8" w14:textId="42028ED9" w:rsidR="00311769" w:rsidRPr="00DF79F0" w:rsidRDefault="00311769" w:rsidP="00311769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DF79F0">
              <w:rPr>
                <w:sz w:val="24"/>
                <w:szCs w:val="24"/>
              </w:rPr>
              <w:t xml:space="preserve">Account Number: </w:t>
            </w:r>
          </w:p>
        </w:tc>
      </w:tr>
    </w:tbl>
    <w:p w14:paraId="04F0732C" w14:textId="77777777" w:rsidR="00293DC8" w:rsidRPr="00F71896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413BB3DD" w:rsidR="003C67DB" w:rsidRPr="00F71896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F71896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A41D05" w:rsidRPr="00F71896">
        <w:rPr>
          <w:rFonts w:asciiTheme="minorHAnsi" w:hAnsiTheme="minorHAnsi" w:cs="Times New Roman"/>
          <w:color w:val="auto"/>
          <w:sz w:val="24"/>
          <w:szCs w:val="24"/>
        </w:rPr>
        <w:t xml:space="preserve">Project </w:t>
      </w:r>
      <w:r w:rsidR="00BA4D17" w:rsidRPr="00F71896">
        <w:rPr>
          <w:rFonts w:asciiTheme="minorHAnsi" w:hAnsiTheme="minorHAnsi" w:cs="Times New Roman"/>
          <w:color w:val="auto"/>
          <w:sz w:val="24"/>
          <w:szCs w:val="24"/>
        </w:rPr>
        <w:t>Details</w:t>
      </w:r>
    </w:p>
    <w:p w14:paraId="1B4B1D32" w14:textId="77777777" w:rsidR="00CC64E1" w:rsidRPr="00F71896" w:rsidRDefault="00CC64E1" w:rsidP="00CC64E1">
      <w:pPr>
        <w:pStyle w:val="Heading2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>1. Objectives and Background (Approx. 1 Page)</w:t>
      </w:r>
    </w:p>
    <w:p w14:paraId="6DD4771B" w14:textId="13BDE6EB" w:rsidR="00BF1519" w:rsidRPr="00F71896" w:rsidRDefault="00CC64E1" w:rsidP="00CC64E1">
      <w:r w:rsidRPr="00F71896">
        <w:t>• Clearly state the research objectives and motivation</w:t>
      </w:r>
      <w:r w:rsidRPr="00F71896">
        <w:br/>
        <w:t>• Provide background/literature context and problem definition</w:t>
      </w:r>
    </w:p>
    <w:p w14:paraId="661364AC" w14:textId="77777777" w:rsidR="00F56B0C" w:rsidRPr="00F71896" w:rsidRDefault="00F56B0C" w:rsidP="00F56B0C">
      <w:pPr>
        <w:pStyle w:val="Heading2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>2. Research Methodology (Approx. 1 Page)</w:t>
      </w:r>
    </w:p>
    <w:p w14:paraId="110A1419" w14:textId="77777777" w:rsidR="00F56B0C" w:rsidRPr="00964E3C" w:rsidRDefault="00F56B0C" w:rsidP="00F56B0C">
      <w:pPr>
        <w:rPr>
          <w:sz w:val="2"/>
          <w:szCs w:val="2"/>
        </w:rPr>
      </w:pPr>
      <w:r w:rsidRPr="00F71896">
        <w:t>• Outline the approach, materials/methods, design, or model used</w:t>
      </w:r>
      <w:r w:rsidRPr="00F71896">
        <w:br/>
        <w:t>• Mention any datasets, tools, or instrumentation required</w:t>
      </w:r>
      <w:r w:rsidRPr="00F71896">
        <w:br/>
      </w:r>
    </w:p>
    <w:p w14:paraId="4AB1AEFD" w14:textId="77777777" w:rsidR="00F56B0C" w:rsidRPr="00F71896" w:rsidRDefault="00F56B0C" w:rsidP="00F56B0C">
      <w:pPr>
        <w:pStyle w:val="Heading2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>3. Expected Outcomes and Deliverables</w:t>
      </w:r>
    </w:p>
    <w:p w14:paraId="77507E8A" w14:textId="2677C2CD" w:rsidR="00F56B0C" w:rsidRPr="00F71896" w:rsidRDefault="00F56B0C" w:rsidP="00F56B0C">
      <w:r w:rsidRPr="00F71896">
        <w:t>• Anticipated results and innovations</w:t>
      </w:r>
      <w:r w:rsidRPr="00F71896">
        <w:br/>
        <w:t>• Number of Scopus-indexed publications (approximate)</w:t>
      </w:r>
      <w:r w:rsidRPr="00F71896">
        <w:br/>
        <w:t>• Any prototype, product, or IPR outcome (if applicable)</w:t>
      </w:r>
    </w:p>
    <w:p w14:paraId="4A17360F" w14:textId="397EE12A" w:rsidR="00891F2B" w:rsidRPr="00F71896" w:rsidRDefault="00891F2B" w:rsidP="00964E3C">
      <w:pPr>
        <w:pStyle w:val="Heading2"/>
        <w:spacing w:line="360" w:lineRule="auto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 xml:space="preserve">4. Budget with Justification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2876"/>
        <w:gridCol w:w="2876"/>
      </w:tblGrid>
      <w:tr w:rsidR="00891F2B" w:rsidRPr="00F71896" w14:paraId="62086D47" w14:textId="77777777" w:rsidTr="00964E3C">
        <w:tc>
          <w:tcPr>
            <w:tcW w:w="2880" w:type="dxa"/>
            <w:shd w:val="clear" w:color="auto" w:fill="D9D9D9" w:themeFill="background1" w:themeFillShade="D9"/>
          </w:tcPr>
          <w:p w14:paraId="7781B650" w14:textId="77777777" w:rsidR="00891F2B" w:rsidRPr="00F71896" w:rsidRDefault="00891F2B" w:rsidP="00C5688D">
            <w:pPr>
              <w:rPr>
                <w:b/>
                <w:bCs/>
              </w:rPr>
            </w:pPr>
            <w:r w:rsidRPr="00F71896">
              <w:rPr>
                <w:b/>
                <w:bCs/>
              </w:rPr>
              <w:t>Head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14:paraId="463C053C" w14:textId="77777777" w:rsidR="00891F2B" w:rsidRPr="00F71896" w:rsidRDefault="00891F2B" w:rsidP="00C5688D">
            <w:pPr>
              <w:rPr>
                <w:b/>
                <w:bCs/>
              </w:rPr>
            </w:pPr>
            <w:r w:rsidRPr="00F71896">
              <w:rPr>
                <w:b/>
                <w:bCs/>
              </w:rPr>
              <w:t>Estimated Cost (INR)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14:paraId="07A1B77A" w14:textId="77777777" w:rsidR="00891F2B" w:rsidRPr="00F71896" w:rsidRDefault="00891F2B" w:rsidP="00C5688D">
            <w:pPr>
              <w:rPr>
                <w:b/>
                <w:bCs/>
              </w:rPr>
            </w:pPr>
            <w:r w:rsidRPr="00F71896">
              <w:rPr>
                <w:b/>
                <w:bCs/>
              </w:rPr>
              <w:t>Justification</w:t>
            </w:r>
          </w:p>
        </w:tc>
      </w:tr>
      <w:tr w:rsidR="00891F2B" w:rsidRPr="00F71896" w14:paraId="26C44733" w14:textId="77777777" w:rsidTr="00C5688D">
        <w:tc>
          <w:tcPr>
            <w:tcW w:w="2880" w:type="dxa"/>
          </w:tcPr>
          <w:p w14:paraId="78553234" w14:textId="77777777" w:rsidR="00891F2B" w:rsidRPr="00F71896" w:rsidRDefault="00891F2B" w:rsidP="00C5688D">
            <w:r w:rsidRPr="00F71896">
              <w:t>Equipment</w:t>
            </w:r>
          </w:p>
        </w:tc>
        <w:tc>
          <w:tcPr>
            <w:tcW w:w="2880" w:type="dxa"/>
          </w:tcPr>
          <w:p w14:paraId="7773E6EE" w14:textId="1905635B" w:rsidR="00891F2B" w:rsidRPr="00F71896" w:rsidRDefault="00891F2B" w:rsidP="00C5688D"/>
        </w:tc>
        <w:tc>
          <w:tcPr>
            <w:tcW w:w="2880" w:type="dxa"/>
          </w:tcPr>
          <w:p w14:paraId="346F23FC" w14:textId="77777777" w:rsidR="00891F2B" w:rsidRPr="00F71896" w:rsidRDefault="00891F2B" w:rsidP="00C5688D"/>
        </w:tc>
      </w:tr>
      <w:tr w:rsidR="00891F2B" w:rsidRPr="00F71896" w14:paraId="3BDCF794" w14:textId="77777777" w:rsidTr="00C5688D">
        <w:tc>
          <w:tcPr>
            <w:tcW w:w="2880" w:type="dxa"/>
          </w:tcPr>
          <w:p w14:paraId="52EC4266" w14:textId="77777777" w:rsidR="00891F2B" w:rsidRPr="00F71896" w:rsidRDefault="00891F2B" w:rsidP="00C5688D">
            <w:r w:rsidRPr="00F71896">
              <w:t>Software/License</w:t>
            </w:r>
          </w:p>
        </w:tc>
        <w:tc>
          <w:tcPr>
            <w:tcW w:w="2880" w:type="dxa"/>
          </w:tcPr>
          <w:p w14:paraId="4CBC18D9" w14:textId="77777777" w:rsidR="00891F2B" w:rsidRPr="00F71896" w:rsidRDefault="00891F2B" w:rsidP="00C5688D"/>
        </w:tc>
        <w:tc>
          <w:tcPr>
            <w:tcW w:w="2880" w:type="dxa"/>
          </w:tcPr>
          <w:p w14:paraId="671215D8" w14:textId="77777777" w:rsidR="00891F2B" w:rsidRPr="00F71896" w:rsidRDefault="00891F2B" w:rsidP="00C5688D"/>
        </w:tc>
      </w:tr>
      <w:tr w:rsidR="00891F2B" w:rsidRPr="00F71896" w14:paraId="0A446246" w14:textId="77777777" w:rsidTr="00C5688D">
        <w:tc>
          <w:tcPr>
            <w:tcW w:w="2880" w:type="dxa"/>
          </w:tcPr>
          <w:p w14:paraId="2712C920" w14:textId="77777777" w:rsidR="00891F2B" w:rsidRPr="00F71896" w:rsidRDefault="00891F2B" w:rsidP="00C5688D">
            <w:r w:rsidRPr="00F71896">
              <w:t>Consumables</w:t>
            </w:r>
          </w:p>
        </w:tc>
        <w:tc>
          <w:tcPr>
            <w:tcW w:w="2880" w:type="dxa"/>
          </w:tcPr>
          <w:p w14:paraId="16BA9ABB" w14:textId="77777777" w:rsidR="00891F2B" w:rsidRPr="00F71896" w:rsidRDefault="00891F2B" w:rsidP="00C5688D"/>
        </w:tc>
        <w:tc>
          <w:tcPr>
            <w:tcW w:w="2880" w:type="dxa"/>
          </w:tcPr>
          <w:p w14:paraId="0FCEC410" w14:textId="77777777" w:rsidR="00891F2B" w:rsidRPr="00F71896" w:rsidRDefault="00891F2B" w:rsidP="00C5688D"/>
        </w:tc>
      </w:tr>
      <w:tr w:rsidR="00891F2B" w:rsidRPr="00F71896" w14:paraId="7B5E9D4C" w14:textId="77777777" w:rsidTr="00C5688D">
        <w:tc>
          <w:tcPr>
            <w:tcW w:w="2880" w:type="dxa"/>
          </w:tcPr>
          <w:p w14:paraId="7C7ABD57" w14:textId="77777777" w:rsidR="00891F2B" w:rsidRPr="00F71896" w:rsidRDefault="00891F2B" w:rsidP="00C5688D">
            <w:r w:rsidRPr="00F71896">
              <w:t>Travel</w:t>
            </w:r>
          </w:p>
        </w:tc>
        <w:tc>
          <w:tcPr>
            <w:tcW w:w="2880" w:type="dxa"/>
          </w:tcPr>
          <w:p w14:paraId="0BBEAF5D" w14:textId="77777777" w:rsidR="00891F2B" w:rsidRPr="00F71896" w:rsidRDefault="00891F2B" w:rsidP="00C5688D"/>
        </w:tc>
        <w:tc>
          <w:tcPr>
            <w:tcW w:w="2880" w:type="dxa"/>
          </w:tcPr>
          <w:p w14:paraId="2D5A46E5" w14:textId="77777777" w:rsidR="00891F2B" w:rsidRPr="00F71896" w:rsidRDefault="00891F2B" w:rsidP="00C5688D"/>
        </w:tc>
      </w:tr>
      <w:tr w:rsidR="00891F2B" w:rsidRPr="00F71896" w14:paraId="353AB419" w14:textId="77777777" w:rsidTr="00C5688D">
        <w:tc>
          <w:tcPr>
            <w:tcW w:w="2880" w:type="dxa"/>
          </w:tcPr>
          <w:p w14:paraId="77C57234" w14:textId="77777777" w:rsidR="00891F2B" w:rsidRPr="00F71896" w:rsidRDefault="00891F2B" w:rsidP="00C5688D">
            <w:r w:rsidRPr="00F71896">
              <w:t>Contingency (Max 5%)</w:t>
            </w:r>
          </w:p>
        </w:tc>
        <w:tc>
          <w:tcPr>
            <w:tcW w:w="2880" w:type="dxa"/>
          </w:tcPr>
          <w:p w14:paraId="6CBB2FFF" w14:textId="77777777" w:rsidR="00891F2B" w:rsidRPr="00F71896" w:rsidRDefault="00891F2B" w:rsidP="00C5688D"/>
        </w:tc>
        <w:tc>
          <w:tcPr>
            <w:tcW w:w="2880" w:type="dxa"/>
          </w:tcPr>
          <w:p w14:paraId="642D3442" w14:textId="77777777" w:rsidR="00891F2B" w:rsidRPr="00F71896" w:rsidRDefault="00891F2B" w:rsidP="00C5688D"/>
        </w:tc>
      </w:tr>
    </w:tbl>
    <w:p w14:paraId="5B78F336" w14:textId="6493A7C9" w:rsidR="00891F2B" w:rsidRPr="00F71896" w:rsidRDefault="00891F2B" w:rsidP="00F56B0C">
      <w:pPr>
        <w:rPr>
          <w:sz w:val="10"/>
          <w:szCs w:val="10"/>
        </w:rPr>
      </w:pPr>
    </w:p>
    <w:p w14:paraId="6FA1CBC5" w14:textId="77777777" w:rsidR="00B067FD" w:rsidRPr="00F71896" w:rsidRDefault="00B067FD" w:rsidP="00964E3C">
      <w:pPr>
        <w:pStyle w:val="Heading2"/>
        <w:spacing w:line="360" w:lineRule="auto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>5. Timeline (Up to 18 Months)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2"/>
        <w:gridCol w:w="7758"/>
      </w:tblGrid>
      <w:tr w:rsidR="00B067FD" w:rsidRPr="00F71896" w14:paraId="7A8CCB74" w14:textId="77777777" w:rsidTr="00964E3C">
        <w:tc>
          <w:tcPr>
            <w:tcW w:w="805" w:type="dxa"/>
            <w:shd w:val="clear" w:color="auto" w:fill="D9D9D9" w:themeFill="background1" w:themeFillShade="D9"/>
          </w:tcPr>
          <w:p w14:paraId="2D133902" w14:textId="77777777" w:rsidR="00B067FD" w:rsidRPr="00F71896" w:rsidRDefault="00B067FD" w:rsidP="00C5688D">
            <w:pPr>
              <w:rPr>
                <w:b/>
                <w:bCs/>
              </w:rPr>
            </w:pPr>
            <w:r w:rsidRPr="00F71896">
              <w:rPr>
                <w:b/>
                <w:bCs/>
              </w:rPr>
              <w:t>Month</w:t>
            </w:r>
          </w:p>
        </w:tc>
        <w:tc>
          <w:tcPr>
            <w:tcW w:w="7825" w:type="dxa"/>
            <w:shd w:val="clear" w:color="auto" w:fill="D9D9D9" w:themeFill="background1" w:themeFillShade="D9"/>
          </w:tcPr>
          <w:p w14:paraId="557EBFB1" w14:textId="77777777" w:rsidR="00B067FD" w:rsidRPr="00F71896" w:rsidRDefault="00B067FD" w:rsidP="00BD5601">
            <w:pPr>
              <w:jc w:val="center"/>
              <w:rPr>
                <w:b/>
                <w:bCs/>
              </w:rPr>
            </w:pPr>
            <w:r w:rsidRPr="00F71896">
              <w:rPr>
                <w:b/>
                <w:bCs/>
              </w:rPr>
              <w:t>Activity</w:t>
            </w:r>
          </w:p>
        </w:tc>
      </w:tr>
      <w:tr w:rsidR="00B067FD" w:rsidRPr="00F71896" w14:paraId="2826D1AF" w14:textId="77777777" w:rsidTr="003C291C">
        <w:tc>
          <w:tcPr>
            <w:tcW w:w="805" w:type="dxa"/>
          </w:tcPr>
          <w:p w14:paraId="06661F66" w14:textId="77777777" w:rsidR="00B067FD" w:rsidRPr="00F71896" w:rsidRDefault="00B067FD" w:rsidP="00964E3C">
            <w:pPr>
              <w:jc w:val="center"/>
            </w:pPr>
            <w:r w:rsidRPr="00F71896">
              <w:t>1–3</w:t>
            </w:r>
          </w:p>
        </w:tc>
        <w:tc>
          <w:tcPr>
            <w:tcW w:w="7825" w:type="dxa"/>
          </w:tcPr>
          <w:p w14:paraId="16CF4215" w14:textId="77777777" w:rsidR="00B067FD" w:rsidRPr="00F71896" w:rsidRDefault="00B067FD" w:rsidP="00C5688D"/>
        </w:tc>
      </w:tr>
      <w:tr w:rsidR="00B067FD" w:rsidRPr="00F71896" w14:paraId="78737F6C" w14:textId="77777777" w:rsidTr="003C291C">
        <w:tc>
          <w:tcPr>
            <w:tcW w:w="805" w:type="dxa"/>
          </w:tcPr>
          <w:p w14:paraId="7446E6EF" w14:textId="77777777" w:rsidR="00B067FD" w:rsidRPr="00F71896" w:rsidRDefault="00B067FD" w:rsidP="00964E3C">
            <w:pPr>
              <w:jc w:val="center"/>
            </w:pPr>
            <w:r w:rsidRPr="00F71896">
              <w:t>4–6</w:t>
            </w:r>
          </w:p>
        </w:tc>
        <w:tc>
          <w:tcPr>
            <w:tcW w:w="7825" w:type="dxa"/>
          </w:tcPr>
          <w:p w14:paraId="5F166026" w14:textId="77777777" w:rsidR="00B067FD" w:rsidRPr="00F71896" w:rsidRDefault="00B067FD" w:rsidP="00C5688D"/>
        </w:tc>
      </w:tr>
      <w:tr w:rsidR="00B067FD" w:rsidRPr="00F71896" w14:paraId="383EB319" w14:textId="77777777" w:rsidTr="003C291C">
        <w:tc>
          <w:tcPr>
            <w:tcW w:w="805" w:type="dxa"/>
          </w:tcPr>
          <w:p w14:paraId="01EC487A" w14:textId="77777777" w:rsidR="00B067FD" w:rsidRPr="00F71896" w:rsidRDefault="00B067FD" w:rsidP="00964E3C">
            <w:pPr>
              <w:jc w:val="center"/>
            </w:pPr>
            <w:r w:rsidRPr="00F71896">
              <w:t>7–9</w:t>
            </w:r>
          </w:p>
        </w:tc>
        <w:tc>
          <w:tcPr>
            <w:tcW w:w="7825" w:type="dxa"/>
          </w:tcPr>
          <w:p w14:paraId="60A515B5" w14:textId="77777777" w:rsidR="00B067FD" w:rsidRPr="00F71896" w:rsidRDefault="00B067FD" w:rsidP="00C5688D"/>
        </w:tc>
      </w:tr>
      <w:tr w:rsidR="00B067FD" w:rsidRPr="00F71896" w14:paraId="58606F4E" w14:textId="77777777" w:rsidTr="003C291C">
        <w:tc>
          <w:tcPr>
            <w:tcW w:w="805" w:type="dxa"/>
          </w:tcPr>
          <w:p w14:paraId="5869979A" w14:textId="77777777" w:rsidR="00B067FD" w:rsidRPr="00F71896" w:rsidRDefault="00B067FD" w:rsidP="00964E3C">
            <w:pPr>
              <w:jc w:val="center"/>
            </w:pPr>
            <w:r w:rsidRPr="00F71896">
              <w:t>10–12</w:t>
            </w:r>
          </w:p>
        </w:tc>
        <w:tc>
          <w:tcPr>
            <w:tcW w:w="7825" w:type="dxa"/>
          </w:tcPr>
          <w:p w14:paraId="65E9E0C2" w14:textId="77777777" w:rsidR="00B067FD" w:rsidRPr="00F71896" w:rsidRDefault="00B067FD" w:rsidP="00C5688D"/>
        </w:tc>
      </w:tr>
      <w:tr w:rsidR="00070341" w:rsidRPr="00F71896" w14:paraId="033E7857" w14:textId="77777777" w:rsidTr="003C291C">
        <w:tc>
          <w:tcPr>
            <w:tcW w:w="805" w:type="dxa"/>
          </w:tcPr>
          <w:p w14:paraId="196AF315" w14:textId="7A218C3B" w:rsidR="00070341" w:rsidRPr="00F71896" w:rsidRDefault="00070341" w:rsidP="00964E3C">
            <w:pPr>
              <w:jc w:val="center"/>
            </w:pPr>
            <w:r w:rsidRPr="00F71896">
              <w:t>12- 18</w:t>
            </w:r>
          </w:p>
        </w:tc>
        <w:tc>
          <w:tcPr>
            <w:tcW w:w="7825" w:type="dxa"/>
          </w:tcPr>
          <w:p w14:paraId="36FC2C5B" w14:textId="77777777" w:rsidR="00070341" w:rsidRPr="00F71896" w:rsidRDefault="00070341" w:rsidP="00C5688D"/>
        </w:tc>
      </w:tr>
    </w:tbl>
    <w:p w14:paraId="0F98AFED" w14:textId="326A3CCD" w:rsidR="00B067FD" w:rsidRPr="00F71896" w:rsidRDefault="00B067FD" w:rsidP="00F56B0C">
      <w:pPr>
        <w:rPr>
          <w:sz w:val="10"/>
          <w:szCs w:val="10"/>
        </w:rPr>
      </w:pPr>
    </w:p>
    <w:p w14:paraId="374B6BE2" w14:textId="77777777" w:rsidR="002A5D13" w:rsidRPr="00F71896" w:rsidRDefault="002A5D13" w:rsidP="00964E3C">
      <w:pPr>
        <w:pStyle w:val="Heading2"/>
        <w:spacing w:line="360" w:lineRule="auto"/>
        <w:rPr>
          <w:rFonts w:asciiTheme="minorHAnsi" w:hAnsiTheme="minorHAnsi"/>
          <w:color w:val="000000" w:themeColor="text1"/>
        </w:rPr>
      </w:pPr>
      <w:r w:rsidRPr="00F71896">
        <w:rPr>
          <w:rFonts w:asciiTheme="minorHAnsi" w:hAnsiTheme="minorHAnsi"/>
          <w:color w:val="000000" w:themeColor="text1"/>
        </w:rPr>
        <w:t>6. Team Members and Responsibilities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7"/>
        <w:gridCol w:w="2137"/>
        <w:gridCol w:w="2137"/>
        <w:gridCol w:w="2239"/>
      </w:tblGrid>
      <w:tr w:rsidR="004E2E48" w:rsidRPr="00F71896" w14:paraId="593DE269" w14:textId="77777777" w:rsidTr="00964E3C">
        <w:tc>
          <w:tcPr>
            <w:tcW w:w="2160" w:type="dxa"/>
            <w:shd w:val="clear" w:color="auto" w:fill="D9D9D9" w:themeFill="background1" w:themeFillShade="D9"/>
          </w:tcPr>
          <w:p w14:paraId="63769F41" w14:textId="77777777" w:rsidR="002A5D13" w:rsidRPr="00964E3C" w:rsidRDefault="002A5D13" w:rsidP="00964E3C">
            <w:pPr>
              <w:jc w:val="center"/>
              <w:rPr>
                <w:b/>
                <w:bCs/>
                <w:color w:val="000000" w:themeColor="text1"/>
              </w:rPr>
            </w:pPr>
            <w:r w:rsidRPr="00964E3C">
              <w:rPr>
                <w:b/>
                <w:bCs/>
                <w:color w:val="000000" w:themeColor="text1"/>
              </w:rPr>
              <w:t>Name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58C87EDE" w14:textId="77777777" w:rsidR="002A5D13" w:rsidRPr="00964E3C" w:rsidRDefault="002A5D13" w:rsidP="00964E3C">
            <w:pPr>
              <w:jc w:val="center"/>
              <w:rPr>
                <w:b/>
                <w:bCs/>
                <w:color w:val="000000" w:themeColor="text1"/>
              </w:rPr>
            </w:pPr>
            <w:r w:rsidRPr="00964E3C">
              <w:rPr>
                <w:b/>
                <w:bCs/>
                <w:color w:val="000000" w:themeColor="text1"/>
              </w:rPr>
              <w:t>Department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1EB7E6F6" w14:textId="77777777" w:rsidR="002A5D13" w:rsidRPr="00964E3C" w:rsidRDefault="002A5D13" w:rsidP="00964E3C">
            <w:pPr>
              <w:jc w:val="center"/>
              <w:rPr>
                <w:b/>
                <w:bCs/>
                <w:color w:val="000000" w:themeColor="text1"/>
              </w:rPr>
            </w:pPr>
            <w:r w:rsidRPr="00964E3C">
              <w:rPr>
                <w:b/>
                <w:bCs/>
                <w:color w:val="000000" w:themeColor="text1"/>
              </w:rPr>
              <w:t>Designation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10243CD1" w14:textId="77777777" w:rsidR="002A5D13" w:rsidRPr="00964E3C" w:rsidRDefault="002A5D13" w:rsidP="00964E3C">
            <w:pPr>
              <w:jc w:val="center"/>
              <w:rPr>
                <w:b/>
                <w:bCs/>
                <w:color w:val="000000" w:themeColor="text1"/>
              </w:rPr>
            </w:pPr>
            <w:r w:rsidRPr="00964E3C">
              <w:rPr>
                <w:b/>
                <w:bCs/>
                <w:color w:val="000000" w:themeColor="text1"/>
              </w:rPr>
              <w:t>Role/Responsibility</w:t>
            </w:r>
          </w:p>
        </w:tc>
      </w:tr>
      <w:tr w:rsidR="004E2E48" w:rsidRPr="00F71896" w14:paraId="0F0DC920" w14:textId="77777777" w:rsidTr="00C5688D">
        <w:tc>
          <w:tcPr>
            <w:tcW w:w="2160" w:type="dxa"/>
          </w:tcPr>
          <w:p w14:paraId="3623B0BC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123FE6EE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388AE8A4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440BAD8D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</w:tr>
      <w:tr w:rsidR="004E2E48" w:rsidRPr="00F71896" w14:paraId="5D72EAFA" w14:textId="77777777" w:rsidTr="00C5688D">
        <w:tc>
          <w:tcPr>
            <w:tcW w:w="2160" w:type="dxa"/>
          </w:tcPr>
          <w:p w14:paraId="1EE98E5E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01077967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16C92250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3D360BE3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</w:tr>
      <w:tr w:rsidR="004E2E48" w:rsidRPr="00F71896" w14:paraId="0DD264F6" w14:textId="77777777" w:rsidTr="00C5688D">
        <w:tc>
          <w:tcPr>
            <w:tcW w:w="2160" w:type="dxa"/>
          </w:tcPr>
          <w:p w14:paraId="1CAD635F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42C9F23A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585E762F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  <w:tc>
          <w:tcPr>
            <w:tcW w:w="2160" w:type="dxa"/>
          </w:tcPr>
          <w:p w14:paraId="3AE8BE1E" w14:textId="77777777" w:rsidR="002A5D13" w:rsidRPr="00F71896" w:rsidRDefault="002A5D13" w:rsidP="00C5688D">
            <w:pPr>
              <w:rPr>
                <w:color w:val="000000" w:themeColor="text1"/>
              </w:rPr>
            </w:pPr>
          </w:p>
        </w:tc>
      </w:tr>
    </w:tbl>
    <w:p w14:paraId="4A911E09" w14:textId="77777777" w:rsidR="00964E3C" w:rsidRDefault="00964E3C" w:rsidP="00F71896">
      <w:pPr>
        <w:spacing w:after="0" w:line="360" w:lineRule="auto"/>
        <w:jc w:val="both"/>
        <w:rPr>
          <w:rFonts w:cs="Times New Roman"/>
          <w:b/>
          <w:bCs/>
          <w:sz w:val="24"/>
          <w:szCs w:val="24"/>
        </w:rPr>
      </w:pPr>
    </w:p>
    <w:p w14:paraId="1ACE2543" w14:textId="77777777" w:rsidR="00964E3C" w:rsidRDefault="00964E3C" w:rsidP="00F71896">
      <w:pPr>
        <w:spacing w:after="0" w:line="360" w:lineRule="auto"/>
        <w:jc w:val="both"/>
        <w:rPr>
          <w:rFonts w:cs="Times New Roman"/>
          <w:b/>
          <w:bCs/>
          <w:sz w:val="24"/>
          <w:szCs w:val="24"/>
        </w:rPr>
      </w:pPr>
    </w:p>
    <w:p w14:paraId="5B77DF99" w14:textId="3C3A11EA" w:rsidR="002A5D13" w:rsidRPr="009178BC" w:rsidRDefault="002A5D13" w:rsidP="00F71896">
      <w:pPr>
        <w:spacing w:after="0" w:line="360" w:lineRule="auto"/>
        <w:jc w:val="both"/>
        <w:rPr>
          <w:rFonts w:cs="Times New Roman"/>
          <w:b/>
          <w:bCs/>
          <w:sz w:val="24"/>
          <w:szCs w:val="24"/>
        </w:rPr>
      </w:pPr>
      <w:r w:rsidRPr="009178BC">
        <w:rPr>
          <w:rFonts w:cs="Times New Roman"/>
          <w:b/>
          <w:bCs/>
          <w:sz w:val="24"/>
          <w:szCs w:val="24"/>
        </w:rPr>
        <w:lastRenderedPageBreak/>
        <w:t>7. Prior Work (If Any)</w:t>
      </w:r>
    </w:p>
    <w:p w14:paraId="30AB50E7" w14:textId="71783A5A" w:rsidR="002A5D13" w:rsidRPr="00BF1519" w:rsidRDefault="002A5D13" w:rsidP="00964E3C">
      <w:pPr>
        <w:spacing w:after="0" w:line="360" w:lineRule="auto"/>
        <w:rPr>
          <w:sz w:val="10"/>
          <w:szCs w:val="10"/>
        </w:rPr>
      </w:pPr>
      <w:r w:rsidRPr="00F71896">
        <w:rPr>
          <w:rFonts w:cs="Times New Roman"/>
          <w:sz w:val="24"/>
          <w:szCs w:val="24"/>
        </w:rPr>
        <w:t>• Mention any previous or ongoing related projects by the PI/Co-PI</w:t>
      </w:r>
      <w:r w:rsidRPr="00F71896">
        <w:rPr>
          <w:rFonts w:cs="Times New Roman"/>
          <w:sz w:val="24"/>
          <w:szCs w:val="24"/>
        </w:rPr>
        <w:br/>
        <w:t>• Publications, funded projects, or recognitions may be briefly included</w:t>
      </w:r>
      <w:r w:rsidRPr="00F71896">
        <w:rPr>
          <w:rFonts w:cs="Times New Roman"/>
          <w:sz w:val="24"/>
          <w:szCs w:val="24"/>
        </w:rPr>
        <w:br/>
      </w:r>
    </w:p>
    <w:p w14:paraId="1C231923" w14:textId="77777777" w:rsidR="0062762B" w:rsidRPr="00BF1519" w:rsidRDefault="0062762B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09880ECB" w14:textId="0486C5BD" w:rsidR="0062762B" w:rsidRPr="00BF1519" w:rsidRDefault="00C27E66" w:rsidP="00BF1519">
      <w:pPr>
        <w:spacing w:after="0" w:line="360" w:lineRule="auto"/>
        <w:jc w:val="both"/>
        <w:rPr>
          <w:rFonts w:cs="Times New Roman"/>
          <w:sz w:val="24"/>
          <w:szCs w:val="24"/>
        </w:rPr>
      </w:pPr>
      <w:r w:rsidRPr="00C27E66">
        <w:rPr>
          <w:rFonts w:cs="Times New Roman"/>
          <w:sz w:val="24"/>
          <w:szCs w:val="24"/>
        </w:rPr>
        <w:t>I hereby declare that the information provided is true to the best of my knowledge. I confirm that I have not applied for or received this benefit under any other scheme in violation of Monark University’s research policy.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  <w:gridCol w:w="2155"/>
      </w:tblGrid>
      <w:tr w:rsidR="00BF1519" w14:paraId="27A30697" w14:textId="77777777" w:rsidTr="00BF1519"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4A89B37E" w14:textId="7A3DFA6A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14:paraId="1FB7D0B4" w14:textId="19D6330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69CE3A64" w14:textId="7D247F5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BF1519" w14:paraId="2DB2B69E" w14:textId="77777777" w:rsidTr="00BF1519">
        <w:tc>
          <w:tcPr>
            <w:tcW w:w="3325" w:type="dxa"/>
            <w:vAlign w:val="center"/>
          </w:tcPr>
          <w:p w14:paraId="344096CA" w14:textId="5BF19E3D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Applicant</w:t>
            </w:r>
          </w:p>
        </w:tc>
        <w:tc>
          <w:tcPr>
            <w:tcW w:w="3150" w:type="dxa"/>
            <w:vAlign w:val="center"/>
          </w:tcPr>
          <w:p w14:paraId="2CE5853F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7C358EC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61F6D1A9" w14:textId="77777777" w:rsidTr="00BF1519">
        <w:tc>
          <w:tcPr>
            <w:tcW w:w="3325" w:type="dxa"/>
            <w:vAlign w:val="center"/>
          </w:tcPr>
          <w:p w14:paraId="3C1494E7" w14:textId="41C25C78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Head of the Department</w:t>
            </w:r>
          </w:p>
        </w:tc>
        <w:tc>
          <w:tcPr>
            <w:tcW w:w="3150" w:type="dxa"/>
            <w:vAlign w:val="center"/>
          </w:tcPr>
          <w:p w14:paraId="7CA14306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5195269A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017818B1" w14:textId="77777777" w:rsidTr="00BF1519">
        <w:tc>
          <w:tcPr>
            <w:tcW w:w="3325" w:type="dxa"/>
            <w:vAlign w:val="center"/>
          </w:tcPr>
          <w:p w14:paraId="2D25564F" w14:textId="34B2F186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Dean of the concerned Faculty</w:t>
            </w:r>
          </w:p>
        </w:tc>
        <w:tc>
          <w:tcPr>
            <w:tcW w:w="3150" w:type="dxa"/>
            <w:vAlign w:val="center"/>
          </w:tcPr>
          <w:p w14:paraId="0C6CE134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48084CD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29702CEF" w14:textId="77777777" w:rsidR="00554282" w:rsidRPr="00BF1519" w:rsidRDefault="00554282" w:rsidP="00554282">
      <w:pPr>
        <w:spacing w:after="0" w:line="360" w:lineRule="auto"/>
        <w:rPr>
          <w:rFonts w:cs="Times New Roman"/>
          <w:sz w:val="24"/>
          <w:szCs w:val="24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51846B41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Approved Amount: ₹ ______________________</w:t>
      </w:r>
    </w:p>
    <w:p w14:paraId="6013800B" w14:textId="10A1316E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p w14:paraId="67240142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Signature (Director, MRDC): __________________   Date: ______________________</w:t>
      </w:r>
    </w:p>
    <w:p w14:paraId="79DB4B5A" w14:textId="609FCABC" w:rsidR="003C67DB" w:rsidRPr="008A45DD" w:rsidRDefault="003C67DB" w:rsidP="008A45DD">
      <w:pPr>
        <w:spacing w:after="0"/>
        <w:jc w:val="both"/>
        <w:rPr>
          <w:rFonts w:cs="Times New Roman"/>
          <w:sz w:val="24"/>
          <w:szCs w:val="24"/>
        </w:rPr>
      </w:pPr>
    </w:p>
    <w:sectPr w:rsidR="003C67DB" w:rsidRPr="008A45DD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2468"/>
    <w:multiLevelType w:val="hybridMultilevel"/>
    <w:tmpl w:val="B42A3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B2B7C"/>
    <w:multiLevelType w:val="hybridMultilevel"/>
    <w:tmpl w:val="030E8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520825007">
    <w:abstractNumId w:val="8"/>
  </w:num>
  <w:num w:numId="2" w16cid:durableId="699550157">
    <w:abstractNumId w:val="6"/>
  </w:num>
  <w:num w:numId="3" w16cid:durableId="229925724">
    <w:abstractNumId w:val="5"/>
  </w:num>
  <w:num w:numId="4" w16cid:durableId="1161236038">
    <w:abstractNumId w:val="4"/>
  </w:num>
  <w:num w:numId="5" w16cid:durableId="657147457">
    <w:abstractNumId w:val="7"/>
  </w:num>
  <w:num w:numId="6" w16cid:durableId="318191772">
    <w:abstractNumId w:val="3"/>
  </w:num>
  <w:num w:numId="7" w16cid:durableId="26639703">
    <w:abstractNumId w:val="2"/>
  </w:num>
  <w:num w:numId="8" w16cid:durableId="1613592787">
    <w:abstractNumId w:val="1"/>
  </w:num>
  <w:num w:numId="9" w16cid:durableId="1784766571">
    <w:abstractNumId w:val="0"/>
  </w:num>
  <w:num w:numId="10" w16cid:durableId="905996709">
    <w:abstractNumId w:val="10"/>
  </w:num>
  <w:num w:numId="11" w16cid:durableId="624387252">
    <w:abstractNumId w:val="9"/>
  </w:num>
  <w:num w:numId="12" w16cid:durableId="1244873589">
    <w:abstractNumId w:val="14"/>
  </w:num>
  <w:num w:numId="13" w16cid:durableId="546836337">
    <w:abstractNumId w:val="11"/>
  </w:num>
  <w:num w:numId="14" w16cid:durableId="1086616335">
    <w:abstractNumId w:val="17"/>
  </w:num>
  <w:num w:numId="15" w16cid:durableId="2035225214">
    <w:abstractNumId w:val="12"/>
  </w:num>
  <w:num w:numId="16" w16cid:durableId="170878796">
    <w:abstractNumId w:val="13"/>
  </w:num>
  <w:num w:numId="17" w16cid:durableId="377750644">
    <w:abstractNumId w:val="16"/>
  </w:num>
  <w:num w:numId="18" w16cid:durableId="5640286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ED9"/>
    <w:rsid w:val="00034616"/>
    <w:rsid w:val="000577F1"/>
    <w:rsid w:val="0006063C"/>
    <w:rsid w:val="00060CE6"/>
    <w:rsid w:val="0006741F"/>
    <w:rsid w:val="00070341"/>
    <w:rsid w:val="000944E1"/>
    <w:rsid w:val="000B1DA7"/>
    <w:rsid w:val="000D2476"/>
    <w:rsid w:val="000E1D12"/>
    <w:rsid w:val="00102554"/>
    <w:rsid w:val="0015074B"/>
    <w:rsid w:val="00157C68"/>
    <w:rsid w:val="00166C32"/>
    <w:rsid w:val="001733F3"/>
    <w:rsid w:val="001A0EA8"/>
    <w:rsid w:val="001B39C6"/>
    <w:rsid w:val="001E3260"/>
    <w:rsid w:val="00216C60"/>
    <w:rsid w:val="00224ECE"/>
    <w:rsid w:val="00241954"/>
    <w:rsid w:val="002560C2"/>
    <w:rsid w:val="00285983"/>
    <w:rsid w:val="00293DC8"/>
    <w:rsid w:val="0029639D"/>
    <w:rsid w:val="002A32C4"/>
    <w:rsid w:val="002A5D13"/>
    <w:rsid w:val="002B2CD3"/>
    <w:rsid w:val="002D15C5"/>
    <w:rsid w:val="002E61B2"/>
    <w:rsid w:val="002E6D5A"/>
    <w:rsid w:val="002F1966"/>
    <w:rsid w:val="002F63AD"/>
    <w:rsid w:val="003041FB"/>
    <w:rsid w:val="00311769"/>
    <w:rsid w:val="00317E7C"/>
    <w:rsid w:val="00326F90"/>
    <w:rsid w:val="003378BA"/>
    <w:rsid w:val="00341284"/>
    <w:rsid w:val="00345EFE"/>
    <w:rsid w:val="00351509"/>
    <w:rsid w:val="00352FA7"/>
    <w:rsid w:val="0035497F"/>
    <w:rsid w:val="003774BC"/>
    <w:rsid w:val="003826FC"/>
    <w:rsid w:val="00391D8F"/>
    <w:rsid w:val="003A08CA"/>
    <w:rsid w:val="003C291C"/>
    <w:rsid w:val="003C67DB"/>
    <w:rsid w:val="003D0E67"/>
    <w:rsid w:val="003D6C1D"/>
    <w:rsid w:val="00446B56"/>
    <w:rsid w:val="00467093"/>
    <w:rsid w:val="00471FE2"/>
    <w:rsid w:val="00486F23"/>
    <w:rsid w:val="004B1C23"/>
    <w:rsid w:val="004C127C"/>
    <w:rsid w:val="004C40EC"/>
    <w:rsid w:val="004D05D1"/>
    <w:rsid w:val="004D2CCE"/>
    <w:rsid w:val="004E2E48"/>
    <w:rsid w:val="00513745"/>
    <w:rsid w:val="0052517C"/>
    <w:rsid w:val="005271CD"/>
    <w:rsid w:val="00534294"/>
    <w:rsid w:val="00543690"/>
    <w:rsid w:val="00554282"/>
    <w:rsid w:val="00573D0E"/>
    <w:rsid w:val="00575714"/>
    <w:rsid w:val="00584FB9"/>
    <w:rsid w:val="00596341"/>
    <w:rsid w:val="005964EE"/>
    <w:rsid w:val="005A785A"/>
    <w:rsid w:val="005C08DA"/>
    <w:rsid w:val="0062762B"/>
    <w:rsid w:val="00631A3D"/>
    <w:rsid w:val="00652CF2"/>
    <w:rsid w:val="00653B6F"/>
    <w:rsid w:val="00660B9F"/>
    <w:rsid w:val="00675878"/>
    <w:rsid w:val="00694763"/>
    <w:rsid w:val="006A2B4A"/>
    <w:rsid w:val="006A7600"/>
    <w:rsid w:val="006C43F3"/>
    <w:rsid w:val="007174EA"/>
    <w:rsid w:val="00723D7A"/>
    <w:rsid w:val="00732578"/>
    <w:rsid w:val="00740BAC"/>
    <w:rsid w:val="00742E38"/>
    <w:rsid w:val="00743A40"/>
    <w:rsid w:val="00751669"/>
    <w:rsid w:val="0075300E"/>
    <w:rsid w:val="007876B5"/>
    <w:rsid w:val="007A52F8"/>
    <w:rsid w:val="007A75C7"/>
    <w:rsid w:val="007B083B"/>
    <w:rsid w:val="007B7EC4"/>
    <w:rsid w:val="007C5279"/>
    <w:rsid w:val="007D79CD"/>
    <w:rsid w:val="007E333F"/>
    <w:rsid w:val="007F1077"/>
    <w:rsid w:val="007F177A"/>
    <w:rsid w:val="007F5170"/>
    <w:rsid w:val="00803A03"/>
    <w:rsid w:val="00824286"/>
    <w:rsid w:val="00853D50"/>
    <w:rsid w:val="008571B4"/>
    <w:rsid w:val="00876BC9"/>
    <w:rsid w:val="00891F2B"/>
    <w:rsid w:val="008A45DD"/>
    <w:rsid w:val="008E6ADC"/>
    <w:rsid w:val="00903F54"/>
    <w:rsid w:val="0091578C"/>
    <w:rsid w:val="009178BC"/>
    <w:rsid w:val="00922254"/>
    <w:rsid w:val="00957282"/>
    <w:rsid w:val="00964E3C"/>
    <w:rsid w:val="00987EC2"/>
    <w:rsid w:val="009A3313"/>
    <w:rsid w:val="009E3650"/>
    <w:rsid w:val="009E5F0D"/>
    <w:rsid w:val="009F466B"/>
    <w:rsid w:val="00A11798"/>
    <w:rsid w:val="00A37C1B"/>
    <w:rsid w:val="00A407CB"/>
    <w:rsid w:val="00A41D05"/>
    <w:rsid w:val="00A52B97"/>
    <w:rsid w:val="00A54340"/>
    <w:rsid w:val="00A70E93"/>
    <w:rsid w:val="00A767AF"/>
    <w:rsid w:val="00A861B3"/>
    <w:rsid w:val="00A868F6"/>
    <w:rsid w:val="00AA1D8D"/>
    <w:rsid w:val="00AA1DA2"/>
    <w:rsid w:val="00AA25D8"/>
    <w:rsid w:val="00B067FD"/>
    <w:rsid w:val="00B142A1"/>
    <w:rsid w:val="00B401B2"/>
    <w:rsid w:val="00B43288"/>
    <w:rsid w:val="00B47730"/>
    <w:rsid w:val="00B56F8F"/>
    <w:rsid w:val="00B711F2"/>
    <w:rsid w:val="00B76E90"/>
    <w:rsid w:val="00BA4D17"/>
    <w:rsid w:val="00BC383A"/>
    <w:rsid w:val="00BD5601"/>
    <w:rsid w:val="00BF1519"/>
    <w:rsid w:val="00C0150A"/>
    <w:rsid w:val="00C27E66"/>
    <w:rsid w:val="00C36128"/>
    <w:rsid w:val="00C644C2"/>
    <w:rsid w:val="00C759CB"/>
    <w:rsid w:val="00C80DA4"/>
    <w:rsid w:val="00C92C28"/>
    <w:rsid w:val="00C95D3D"/>
    <w:rsid w:val="00CB0664"/>
    <w:rsid w:val="00CB42D8"/>
    <w:rsid w:val="00CC64E1"/>
    <w:rsid w:val="00CD090D"/>
    <w:rsid w:val="00D01490"/>
    <w:rsid w:val="00D0623E"/>
    <w:rsid w:val="00D428CE"/>
    <w:rsid w:val="00D433D0"/>
    <w:rsid w:val="00D442FD"/>
    <w:rsid w:val="00D468E3"/>
    <w:rsid w:val="00D47ACA"/>
    <w:rsid w:val="00D57A01"/>
    <w:rsid w:val="00D81543"/>
    <w:rsid w:val="00D94D55"/>
    <w:rsid w:val="00D9720E"/>
    <w:rsid w:val="00DA08BA"/>
    <w:rsid w:val="00DF79F0"/>
    <w:rsid w:val="00E35687"/>
    <w:rsid w:val="00E40FF5"/>
    <w:rsid w:val="00E4772E"/>
    <w:rsid w:val="00E57C31"/>
    <w:rsid w:val="00E57E3F"/>
    <w:rsid w:val="00EA37D8"/>
    <w:rsid w:val="00EA3A3C"/>
    <w:rsid w:val="00EB4C2E"/>
    <w:rsid w:val="00EB4E75"/>
    <w:rsid w:val="00EC32BE"/>
    <w:rsid w:val="00ED6D06"/>
    <w:rsid w:val="00F20F57"/>
    <w:rsid w:val="00F23CF5"/>
    <w:rsid w:val="00F478CD"/>
    <w:rsid w:val="00F56B0C"/>
    <w:rsid w:val="00F67B52"/>
    <w:rsid w:val="00F71896"/>
    <w:rsid w:val="00F94187"/>
    <w:rsid w:val="00FC693F"/>
    <w:rsid w:val="00FD411A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132</cp:revision>
  <dcterms:created xsi:type="dcterms:W3CDTF">2025-07-07T16:26:00Z</dcterms:created>
  <dcterms:modified xsi:type="dcterms:W3CDTF">2025-07-10T04:45:00Z</dcterms:modified>
  <cp:category/>
</cp:coreProperties>
</file>